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389290" w14:textId="77777777" w:rsidR="00646FF7" w:rsidRPr="00555986" w:rsidRDefault="00555986" w:rsidP="00CE0EBD">
      <w:pPr>
        <w:pStyle w:val="1"/>
        <w:spacing w:before="0" w:after="0" w:line="240" w:lineRule="auto"/>
        <w:ind w:firstLine="709"/>
        <w:rPr>
          <w:rFonts w:cs="Times New Roman"/>
          <w:sz w:val="22"/>
          <w:szCs w:val="22"/>
          <w:lang w:val="ru-RU"/>
        </w:rPr>
      </w:pPr>
      <w:r w:rsidRPr="00555986">
        <w:rPr>
          <w:rFonts w:cs="Times New Roman"/>
          <w:sz w:val="22"/>
          <w:szCs w:val="22"/>
          <w:lang w:val="ru-RU"/>
        </w:rPr>
        <w:t>СОГЛАСИЕ НА ОБРАБОТКУ ПЕРСОНАЛЬНЫХ ДАННЫХ</w:t>
      </w:r>
    </w:p>
    <w:p w14:paraId="055B7E73" w14:textId="7FA2B7D6" w:rsidR="00646FF7" w:rsidRDefault="00555986" w:rsidP="00CE0EBD">
      <w:pPr>
        <w:spacing w:after="0" w:line="240" w:lineRule="auto"/>
        <w:ind w:firstLine="709"/>
        <w:jc w:val="center"/>
        <w:rPr>
          <w:rFonts w:cs="Times New Roman"/>
          <w:sz w:val="22"/>
          <w:lang w:val="ru-RU"/>
        </w:rPr>
      </w:pPr>
      <w:r w:rsidRPr="00555986">
        <w:rPr>
          <w:rFonts w:cs="Times New Roman"/>
          <w:b/>
          <w:sz w:val="22"/>
          <w:lang w:val="ru-RU"/>
        </w:rPr>
        <w:t>(в редакции от «</w:t>
      </w:r>
      <w:r>
        <w:rPr>
          <w:rFonts w:cs="Times New Roman"/>
          <w:b/>
          <w:sz w:val="22"/>
          <w:lang w:val="ru-RU"/>
        </w:rPr>
        <w:t>27</w:t>
      </w:r>
      <w:r w:rsidRPr="00555986">
        <w:rPr>
          <w:rFonts w:cs="Times New Roman"/>
          <w:b/>
          <w:sz w:val="22"/>
          <w:lang w:val="ru-RU"/>
        </w:rPr>
        <w:t xml:space="preserve">» </w:t>
      </w:r>
      <w:r>
        <w:rPr>
          <w:rFonts w:cs="Times New Roman"/>
          <w:b/>
          <w:sz w:val="22"/>
          <w:lang w:val="ru-RU"/>
        </w:rPr>
        <w:t>июля</w:t>
      </w:r>
      <w:r w:rsidRPr="00555986">
        <w:rPr>
          <w:rFonts w:cs="Times New Roman"/>
          <w:b/>
          <w:sz w:val="22"/>
          <w:lang w:val="ru-RU"/>
        </w:rPr>
        <w:t xml:space="preserve"> 202</w:t>
      </w:r>
      <w:r>
        <w:rPr>
          <w:rFonts w:cs="Times New Roman"/>
          <w:sz w:val="22"/>
          <w:lang w:val="ru-RU"/>
        </w:rPr>
        <w:t>6</w:t>
      </w:r>
      <w:r w:rsidRPr="00555986">
        <w:rPr>
          <w:rFonts w:cs="Times New Roman"/>
          <w:sz w:val="22"/>
          <w:lang w:val="ru-RU"/>
        </w:rPr>
        <w:t>г.)</w:t>
      </w:r>
    </w:p>
    <w:p w14:paraId="207385C1" w14:textId="77777777" w:rsidR="00CE0EBD" w:rsidRPr="00555986" w:rsidRDefault="00CE0EBD" w:rsidP="00CE0EBD">
      <w:pPr>
        <w:spacing w:after="0" w:line="240" w:lineRule="auto"/>
        <w:ind w:firstLine="709"/>
        <w:jc w:val="center"/>
        <w:rPr>
          <w:rFonts w:cs="Times New Roman"/>
          <w:sz w:val="22"/>
          <w:lang w:val="ru-RU"/>
        </w:rPr>
      </w:pPr>
    </w:p>
    <w:p w14:paraId="220EB6FB" w14:textId="77777777" w:rsidR="00646FF7" w:rsidRPr="00555986" w:rsidRDefault="00555986" w:rsidP="00555986">
      <w:pPr>
        <w:spacing w:after="0" w:line="240" w:lineRule="auto"/>
        <w:ind w:firstLine="709"/>
        <w:jc w:val="both"/>
        <w:rPr>
          <w:rFonts w:cs="Times New Roman"/>
          <w:sz w:val="22"/>
        </w:rPr>
      </w:pPr>
      <w:r w:rsidRPr="00555986">
        <w:rPr>
          <w:rFonts w:cs="Times New Roman"/>
          <w:sz w:val="22"/>
          <w:lang w:val="ru-RU"/>
        </w:rPr>
        <w:t xml:space="preserve">Настоящим я, действуя от своего имени, добровольно, свободно, своей волей и в своем интересе, не находясь под влиянием заблуждения, проставляя отметку (галочку) напротив текста </w:t>
      </w:r>
      <w:r w:rsidRPr="00555986">
        <w:rPr>
          <w:rFonts w:cs="Times New Roman"/>
          <w:b/>
          <w:sz w:val="22"/>
          <w:lang w:val="ru-RU"/>
        </w:rPr>
        <w:t>«Я даю согласие на обработку персональных данных в соответствии с Политикой обработки персональных данных»</w:t>
      </w:r>
      <w:r w:rsidRPr="00555986">
        <w:rPr>
          <w:rFonts w:cs="Times New Roman"/>
          <w:sz w:val="22"/>
          <w:lang w:val="ru-RU"/>
        </w:rPr>
        <w:t xml:space="preserve"> и нажимая на кнопку отправки заполненной формы (при оформлении заказа или направлении обращения через Сайт), либо направляя сообщение с текстом «Даю согласие на обработку персональных данных» (при оформлении заказа или направлении обращения через мессенджеры, электронную почту или иным дистанционным способом), даю свое согласие на обработку персональных данных для целей, указанных в разделе 2 настоящего Согласия, </w:t>
      </w:r>
      <w:r w:rsidRPr="00555986">
        <w:rPr>
          <w:rFonts w:cs="Times New Roman"/>
          <w:b/>
          <w:sz w:val="22"/>
          <w:lang w:val="ru-RU"/>
        </w:rPr>
        <w:t>как в полном объеме, так и в части отдельных целей</w:t>
      </w:r>
      <w:r w:rsidRPr="00555986">
        <w:rPr>
          <w:rFonts w:cs="Times New Roman"/>
          <w:sz w:val="22"/>
          <w:lang w:val="ru-RU"/>
        </w:rPr>
        <w:t xml:space="preserve">. Отзыв согласия возможен как полностью, так и в отношении отдельных целей обработки. </w:t>
      </w:r>
      <w:proofErr w:type="spellStart"/>
      <w:r w:rsidRPr="00555986">
        <w:rPr>
          <w:rFonts w:cs="Times New Roman"/>
          <w:sz w:val="22"/>
        </w:rPr>
        <w:t>Согласие</w:t>
      </w:r>
      <w:proofErr w:type="spellEnd"/>
      <w:r w:rsidRPr="00555986">
        <w:rPr>
          <w:rFonts w:cs="Times New Roman"/>
          <w:sz w:val="22"/>
        </w:rPr>
        <w:t xml:space="preserve"> </w:t>
      </w:r>
      <w:proofErr w:type="spellStart"/>
      <w:r w:rsidRPr="00555986">
        <w:rPr>
          <w:rFonts w:cs="Times New Roman"/>
          <w:sz w:val="22"/>
        </w:rPr>
        <w:t>предоставляется</w:t>
      </w:r>
      <w:proofErr w:type="spellEnd"/>
      <w:r w:rsidRPr="00555986">
        <w:rPr>
          <w:rFonts w:cs="Times New Roman"/>
          <w:sz w:val="22"/>
        </w:rPr>
        <w:t xml:space="preserve"> </w:t>
      </w:r>
      <w:proofErr w:type="spellStart"/>
      <w:r w:rsidRPr="00555986">
        <w:rPr>
          <w:rFonts w:cs="Times New Roman"/>
          <w:sz w:val="22"/>
        </w:rPr>
        <w:t>следующему</w:t>
      </w:r>
      <w:proofErr w:type="spellEnd"/>
      <w:r w:rsidRPr="00555986">
        <w:rPr>
          <w:rFonts w:cs="Times New Roman"/>
          <w:sz w:val="22"/>
        </w:rPr>
        <w:t xml:space="preserve"> </w:t>
      </w:r>
      <w:proofErr w:type="spellStart"/>
      <w:r w:rsidRPr="00555986">
        <w:rPr>
          <w:rFonts w:cs="Times New Roman"/>
          <w:sz w:val="22"/>
        </w:rPr>
        <w:t>оператору</w:t>
      </w:r>
      <w:proofErr w:type="spellEnd"/>
      <w:r w:rsidRPr="00555986">
        <w:rPr>
          <w:rFonts w:cs="Times New Roman"/>
          <w:sz w:val="22"/>
        </w:rPr>
        <w:t>:</w:t>
      </w:r>
    </w:p>
    <w:p w14:paraId="10B5AE8A" w14:textId="77777777" w:rsidR="00555986" w:rsidRDefault="00555986" w:rsidP="00555986">
      <w:pPr>
        <w:pStyle w:val="21"/>
        <w:spacing w:before="0" w:after="0" w:line="240" w:lineRule="auto"/>
        <w:ind w:firstLine="709"/>
        <w:jc w:val="both"/>
        <w:rPr>
          <w:rFonts w:cs="Times New Roman"/>
          <w:sz w:val="22"/>
          <w:szCs w:val="22"/>
        </w:rPr>
      </w:pPr>
    </w:p>
    <w:p w14:paraId="58045D65" w14:textId="4F768413" w:rsidR="00646FF7" w:rsidRPr="00555986" w:rsidRDefault="00555986" w:rsidP="00555986">
      <w:pPr>
        <w:pStyle w:val="21"/>
        <w:spacing w:before="0" w:after="0" w:line="240" w:lineRule="auto"/>
        <w:ind w:firstLine="709"/>
        <w:rPr>
          <w:rFonts w:cs="Times New Roman"/>
          <w:sz w:val="22"/>
          <w:szCs w:val="22"/>
        </w:rPr>
      </w:pPr>
      <w:r w:rsidRPr="00555986">
        <w:rPr>
          <w:rFonts w:cs="Times New Roman"/>
          <w:sz w:val="22"/>
          <w:szCs w:val="22"/>
        </w:rPr>
        <w:t>1. СВЕДЕНИЯ ОБ ОПЕРАТОРЕ</w:t>
      </w:r>
    </w:p>
    <w:tbl>
      <w:tblPr>
        <w:tblStyle w:val="aff0"/>
        <w:tblW w:w="0" w:type="auto"/>
        <w:tblInd w:w="250" w:type="dxa"/>
        <w:tblLayout w:type="fixed"/>
        <w:tblLook w:val="04A0" w:firstRow="1" w:lastRow="0" w:firstColumn="1" w:lastColumn="0" w:noHBand="0" w:noVBand="1"/>
      </w:tblPr>
      <w:tblGrid>
        <w:gridCol w:w="2965"/>
        <w:gridCol w:w="7099"/>
      </w:tblGrid>
      <w:tr w:rsidR="00646FF7" w:rsidRPr="00555986" w14:paraId="66738107" w14:textId="77777777" w:rsidTr="00CE0EBD">
        <w:tc>
          <w:tcPr>
            <w:tcW w:w="2965" w:type="dxa"/>
          </w:tcPr>
          <w:p w14:paraId="3A7FC289" w14:textId="77777777" w:rsidR="00646FF7" w:rsidRPr="00555986" w:rsidRDefault="00555986" w:rsidP="00555986">
            <w:pPr>
              <w:rPr>
                <w:rFonts w:cs="Times New Roman"/>
                <w:sz w:val="22"/>
              </w:rPr>
            </w:pPr>
            <w:proofErr w:type="spellStart"/>
            <w:r w:rsidRPr="00555986">
              <w:rPr>
                <w:rFonts w:cs="Times New Roman"/>
                <w:b/>
                <w:sz w:val="22"/>
              </w:rPr>
              <w:t>Параметр</w:t>
            </w:r>
            <w:proofErr w:type="spellEnd"/>
          </w:p>
        </w:tc>
        <w:tc>
          <w:tcPr>
            <w:tcW w:w="7099" w:type="dxa"/>
          </w:tcPr>
          <w:p w14:paraId="5256C940" w14:textId="77777777" w:rsidR="00646FF7" w:rsidRPr="00555986" w:rsidRDefault="00555986" w:rsidP="00555986">
            <w:pPr>
              <w:rPr>
                <w:rFonts w:cs="Times New Roman"/>
                <w:sz w:val="22"/>
              </w:rPr>
            </w:pPr>
            <w:proofErr w:type="spellStart"/>
            <w:r w:rsidRPr="00555986">
              <w:rPr>
                <w:rFonts w:cs="Times New Roman"/>
                <w:b/>
                <w:sz w:val="22"/>
              </w:rPr>
              <w:t>Значение</w:t>
            </w:r>
            <w:proofErr w:type="spellEnd"/>
          </w:p>
        </w:tc>
      </w:tr>
      <w:tr w:rsidR="00646FF7" w:rsidRPr="00CE0EBD" w14:paraId="552B3FBA" w14:textId="77777777" w:rsidTr="00CE0EBD">
        <w:tc>
          <w:tcPr>
            <w:tcW w:w="2965" w:type="dxa"/>
          </w:tcPr>
          <w:p w14:paraId="7829CF25" w14:textId="77777777" w:rsidR="00646FF7" w:rsidRPr="00555986" w:rsidRDefault="00555986" w:rsidP="00555986">
            <w:pPr>
              <w:rPr>
                <w:rFonts w:cs="Times New Roman"/>
                <w:sz w:val="22"/>
              </w:rPr>
            </w:pPr>
            <w:proofErr w:type="spellStart"/>
            <w:r w:rsidRPr="00555986">
              <w:rPr>
                <w:rFonts w:cs="Times New Roman"/>
                <w:b/>
                <w:sz w:val="22"/>
              </w:rPr>
              <w:t>Оператор</w:t>
            </w:r>
            <w:proofErr w:type="spellEnd"/>
          </w:p>
        </w:tc>
        <w:tc>
          <w:tcPr>
            <w:tcW w:w="7099" w:type="dxa"/>
          </w:tcPr>
          <w:p w14:paraId="76FCA3F7" w14:textId="77777777" w:rsidR="00646FF7" w:rsidRPr="00555986" w:rsidRDefault="00555986" w:rsidP="00555986">
            <w:pPr>
              <w:rPr>
                <w:rFonts w:cs="Times New Roman"/>
                <w:sz w:val="22"/>
                <w:lang w:val="ru-RU"/>
              </w:rPr>
            </w:pPr>
            <w:r w:rsidRPr="00555986">
              <w:rPr>
                <w:rFonts w:cs="Times New Roman"/>
                <w:sz w:val="22"/>
                <w:lang w:val="ru-RU"/>
              </w:rPr>
              <w:t>Индивидуальный предприниматель Шатрова Анастасия Александровна</w:t>
            </w:r>
          </w:p>
        </w:tc>
      </w:tr>
      <w:tr w:rsidR="00646FF7" w:rsidRPr="00555986" w14:paraId="4E679149" w14:textId="77777777" w:rsidTr="00CE0EBD">
        <w:tc>
          <w:tcPr>
            <w:tcW w:w="2965" w:type="dxa"/>
          </w:tcPr>
          <w:p w14:paraId="7738AC4B" w14:textId="77777777" w:rsidR="00646FF7" w:rsidRPr="00555986" w:rsidRDefault="00555986" w:rsidP="00555986">
            <w:pPr>
              <w:rPr>
                <w:rFonts w:cs="Times New Roman"/>
                <w:sz w:val="22"/>
              </w:rPr>
            </w:pPr>
            <w:r w:rsidRPr="00555986">
              <w:rPr>
                <w:rFonts w:cs="Times New Roman"/>
                <w:b/>
                <w:sz w:val="22"/>
              </w:rPr>
              <w:t>ИНН</w:t>
            </w:r>
          </w:p>
        </w:tc>
        <w:tc>
          <w:tcPr>
            <w:tcW w:w="7099" w:type="dxa"/>
          </w:tcPr>
          <w:p w14:paraId="54369E66" w14:textId="77777777" w:rsidR="00646FF7" w:rsidRPr="00555986" w:rsidRDefault="00555986" w:rsidP="00555986">
            <w:pPr>
              <w:rPr>
                <w:rFonts w:cs="Times New Roman"/>
                <w:sz w:val="22"/>
              </w:rPr>
            </w:pPr>
            <w:r w:rsidRPr="00555986">
              <w:rPr>
                <w:rFonts w:cs="Times New Roman"/>
                <w:sz w:val="22"/>
              </w:rPr>
              <w:t>561203011795</w:t>
            </w:r>
          </w:p>
        </w:tc>
      </w:tr>
      <w:tr w:rsidR="00646FF7" w:rsidRPr="00555986" w14:paraId="4347E6DC" w14:textId="77777777" w:rsidTr="00CE0EBD">
        <w:tc>
          <w:tcPr>
            <w:tcW w:w="2965" w:type="dxa"/>
          </w:tcPr>
          <w:p w14:paraId="763D7C60" w14:textId="77777777" w:rsidR="00646FF7" w:rsidRPr="00555986" w:rsidRDefault="00555986" w:rsidP="00555986">
            <w:pPr>
              <w:rPr>
                <w:rFonts w:cs="Times New Roman"/>
                <w:sz w:val="22"/>
              </w:rPr>
            </w:pPr>
            <w:r w:rsidRPr="00555986">
              <w:rPr>
                <w:rFonts w:cs="Times New Roman"/>
                <w:b/>
                <w:sz w:val="22"/>
              </w:rPr>
              <w:t>ОГРНИП</w:t>
            </w:r>
          </w:p>
        </w:tc>
        <w:tc>
          <w:tcPr>
            <w:tcW w:w="7099" w:type="dxa"/>
          </w:tcPr>
          <w:p w14:paraId="2FD96D6E" w14:textId="77777777" w:rsidR="00646FF7" w:rsidRPr="00555986" w:rsidRDefault="00555986" w:rsidP="00555986">
            <w:pPr>
              <w:rPr>
                <w:rFonts w:cs="Times New Roman"/>
                <w:sz w:val="22"/>
              </w:rPr>
            </w:pPr>
            <w:r w:rsidRPr="00555986">
              <w:rPr>
                <w:rFonts w:cs="Times New Roman"/>
                <w:sz w:val="22"/>
              </w:rPr>
              <w:t>321565800001616</w:t>
            </w:r>
          </w:p>
        </w:tc>
      </w:tr>
      <w:tr w:rsidR="00646FF7" w:rsidRPr="00CE0EBD" w14:paraId="6A82D81C" w14:textId="77777777" w:rsidTr="00CE0EBD">
        <w:tc>
          <w:tcPr>
            <w:tcW w:w="2965" w:type="dxa"/>
          </w:tcPr>
          <w:p w14:paraId="38704DDB" w14:textId="77777777" w:rsidR="00646FF7" w:rsidRPr="00555986" w:rsidRDefault="00555986" w:rsidP="00555986">
            <w:pPr>
              <w:rPr>
                <w:rFonts w:cs="Times New Roman"/>
                <w:sz w:val="22"/>
              </w:rPr>
            </w:pPr>
            <w:proofErr w:type="spellStart"/>
            <w:r w:rsidRPr="00555986">
              <w:rPr>
                <w:rFonts w:cs="Times New Roman"/>
                <w:b/>
                <w:sz w:val="22"/>
              </w:rPr>
              <w:t>Юридический</w:t>
            </w:r>
            <w:proofErr w:type="spellEnd"/>
            <w:r w:rsidRPr="00555986">
              <w:rPr>
                <w:rFonts w:cs="Times New Roman"/>
                <w:b/>
                <w:sz w:val="22"/>
              </w:rPr>
              <w:t xml:space="preserve"> </w:t>
            </w:r>
            <w:proofErr w:type="spellStart"/>
            <w:r w:rsidRPr="00555986">
              <w:rPr>
                <w:rFonts w:cs="Times New Roman"/>
                <w:b/>
                <w:sz w:val="22"/>
              </w:rPr>
              <w:t>адрес</w:t>
            </w:r>
            <w:proofErr w:type="spellEnd"/>
          </w:p>
        </w:tc>
        <w:tc>
          <w:tcPr>
            <w:tcW w:w="7099" w:type="dxa"/>
          </w:tcPr>
          <w:p w14:paraId="47678C6C" w14:textId="77777777" w:rsidR="00646FF7" w:rsidRPr="00555986" w:rsidRDefault="00555986" w:rsidP="00555986">
            <w:pPr>
              <w:rPr>
                <w:rFonts w:cs="Times New Roman"/>
                <w:sz w:val="22"/>
                <w:lang w:val="ru-RU"/>
              </w:rPr>
            </w:pPr>
            <w:r w:rsidRPr="00555986">
              <w:rPr>
                <w:rFonts w:cs="Times New Roman"/>
                <w:sz w:val="22"/>
                <w:lang w:val="ru-RU"/>
              </w:rPr>
              <w:t>460040, Оренбургская область, г. Оренбург, ул. 19 Линия, д. 54</w:t>
            </w:r>
          </w:p>
        </w:tc>
      </w:tr>
      <w:tr w:rsidR="00646FF7" w:rsidRPr="00555986" w14:paraId="25C959E5" w14:textId="77777777" w:rsidTr="00CE0EBD">
        <w:tc>
          <w:tcPr>
            <w:tcW w:w="2965" w:type="dxa"/>
          </w:tcPr>
          <w:p w14:paraId="38A991F3" w14:textId="77777777" w:rsidR="00646FF7" w:rsidRPr="00555986" w:rsidRDefault="00555986" w:rsidP="00555986">
            <w:pPr>
              <w:rPr>
                <w:rFonts w:cs="Times New Roman"/>
                <w:sz w:val="22"/>
              </w:rPr>
            </w:pPr>
            <w:proofErr w:type="spellStart"/>
            <w:r w:rsidRPr="00555986">
              <w:rPr>
                <w:rFonts w:cs="Times New Roman"/>
                <w:b/>
                <w:sz w:val="22"/>
              </w:rPr>
              <w:t>Сайт</w:t>
            </w:r>
            <w:proofErr w:type="spellEnd"/>
          </w:p>
        </w:tc>
        <w:tc>
          <w:tcPr>
            <w:tcW w:w="7099" w:type="dxa"/>
          </w:tcPr>
          <w:p w14:paraId="5C50E0B5" w14:textId="45A7BD57" w:rsidR="00646FF7" w:rsidRPr="00555986" w:rsidRDefault="00224F01" w:rsidP="00555986">
            <w:pPr>
              <w:rPr>
                <w:rFonts w:cs="Times New Roman"/>
                <w:sz w:val="22"/>
              </w:rPr>
            </w:pPr>
            <w:r w:rsidRPr="00BA6E2A">
              <w:rPr>
                <w:rFonts w:cs="Times New Roman"/>
                <w:color w:val="0F1115"/>
                <w:sz w:val="22"/>
                <w:shd w:val="clear" w:color="auto" w:fill="FFFFFF"/>
                <w:lang w:val="ru-RU"/>
              </w:rPr>
              <w:t>https://winnipuhtort.ru/</w:t>
            </w:r>
            <w:hyperlink r:id="rId6" w:tgtFrame="_blank" w:history="1"/>
          </w:p>
        </w:tc>
      </w:tr>
      <w:tr w:rsidR="00646FF7" w:rsidRPr="00555986" w14:paraId="6693FC61" w14:textId="77777777" w:rsidTr="00CE0EBD">
        <w:tc>
          <w:tcPr>
            <w:tcW w:w="2965" w:type="dxa"/>
          </w:tcPr>
          <w:p w14:paraId="388A6D60" w14:textId="77777777" w:rsidR="00646FF7" w:rsidRPr="00555986" w:rsidRDefault="00555986" w:rsidP="00555986">
            <w:pPr>
              <w:rPr>
                <w:rFonts w:cs="Times New Roman"/>
                <w:sz w:val="22"/>
              </w:rPr>
            </w:pPr>
            <w:proofErr w:type="spellStart"/>
            <w:r w:rsidRPr="00555986">
              <w:rPr>
                <w:rFonts w:cs="Times New Roman"/>
                <w:b/>
                <w:sz w:val="22"/>
              </w:rPr>
              <w:t>Адрес</w:t>
            </w:r>
            <w:proofErr w:type="spellEnd"/>
            <w:r w:rsidRPr="00555986">
              <w:rPr>
                <w:rFonts w:cs="Times New Roman"/>
                <w:b/>
                <w:sz w:val="22"/>
              </w:rPr>
              <w:t xml:space="preserve"> </w:t>
            </w:r>
            <w:proofErr w:type="spellStart"/>
            <w:r w:rsidRPr="00555986">
              <w:rPr>
                <w:rFonts w:cs="Times New Roman"/>
                <w:b/>
                <w:sz w:val="22"/>
              </w:rPr>
              <w:t>электронной</w:t>
            </w:r>
            <w:proofErr w:type="spellEnd"/>
            <w:r w:rsidRPr="00555986">
              <w:rPr>
                <w:rFonts w:cs="Times New Roman"/>
                <w:b/>
                <w:sz w:val="22"/>
              </w:rPr>
              <w:t xml:space="preserve"> </w:t>
            </w:r>
            <w:proofErr w:type="spellStart"/>
            <w:r w:rsidRPr="00555986">
              <w:rPr>
                <w:rFonts w:cs="Times New Roman"/>
                <w:b/>
                <w:sz w:val="22"/>
              </w:rPr>
              <w:t>почты</w:t>
            </w:r>
            <w:proofErr w:type="spellEnd"/>
          </w:p>
        </w:tc>
        <w:tc>
          <w:tcPr>
            <w:tcW w:w="7099" w:type="dxa"/>
          </w:tcPr>
          <w:p w14:paraId="3192C4C8" w14:textId="09EDA154" w:rsidR="00646FF7" w:rsidRPr="00555986" w:rsidRDefault="00224F01" w:rsidP="00555986">
            <w:pPr>
              <w:rPr>
                <w:rFonts w:cs="Times New Roman"/>
                <w:sz w:val="22"/>
              </w:rPr>
            </w:pPr>
            <w:proofErr w:type="spellStart"/>
            <w:r w:rsidRPr="00B07AF4">
              <w:rPr>
                <w:rFonts w:cs="Times New Roman"/>
                <w:szCs w:val="24"/>
              </w:rPr>
              <w:t>winnipuhtort</w:t>
            </w:r>
            <w:proofErr w:type="spellEnd"/>
            <w:r w:rsidRPr="00BA6E2A">
              <w:rPr>
                <w:rFonts w:cs="Times New Roman"/>
                <w:szCs w:val="24"/>
                <w:lang w:val="ru-RU"/>
              </w:rPr>
              <w:t>@</w:t>
            </w:r>
            <w:proofErr w:type="spellStart"/>
            <w:r w:rsidRPr="00B07AF4">
              <w:rPr>
                <w:rFonts w:cs="Times New Roman"/>
                <w:szCs w:val="24"/>
              </w:rPr>
              <w:t>yandex</w:t>
            </w:r>
            <w:proofErr w:type="spellEnd"/>
            <w:r w:rsidRPr="00BA6E2A">
              <w:rPr>
                <w:rFonts w:cs="Times New Roman"/>
                <w:szCs w:val="24"/>
                <w:lang w:val="ru-RU"/>
              </w:rPr>
              <w:t>.</w:t>
            </w:r>
            <w:proofErr w:type="spellStart"/>
            <w:r w:rsidRPr="00B07AF4">
              <w:rPr>
                <w:rFonts w:cs="Times New Roman"/>
                <w:szCs w:val="24"/>
              </w:rPr>
              <w:t>ru</w:t>
            </w:r>
            <w:proofErr w:type="spellEnd"/>
          </w:p>
        </w:tc>
      </w:tr>
      <w:tr w:rsidR="00646FF7" w:rsidRPr="00555986" w14:paraId="0D9348B6" w14:textId="77777777" w:rsidTr="00CE0EBD">
        <w:tc>
          <w:tcPr>
            <w:tcW w:w="2965" w:type="dxa"/>
          </w:tcPr>
          <w:p w14:paraId="5645F944" w14:textId="77777777" w:rsidR="00646FF7" w:rsidRPr="00555986" w:rsidRDefault="00555986" w:rsidP="00555986">
            <w:pPr>
              <w:rPr>
                <w:rFonts w:cs="Times New Roman"/>
                <w:sz w:val="22"/>
              </w:rPr>
            </w:pPr>
            <w:proofErr w:type="spellStart"/>
            <w:r w:rsidRPr="00555986">
              <w:rPr>
                <w:rFonts w:cs="Times New Roman"/>
                <w:b/>
                <w:sz w:val="22"/>
              </w:rPr>
              <w:t>Телефон</w:t>
            </w:r>
            <w:proofErr w:type="spellEnd"/>
          </w:p>
        </w:tc>
        <w:tc>
          <w:tcPr>
            <w:tcW w:w="7099" w:type="dxa"/>
          </w:tcPr>
          <w:p w14:paraId="55789259" w14:textId="77777777" w:rsidR="00646FF7" w:rsidRPr="00555986" w:rsidRDefault="00555986" w:rsidP="00555986">
            <w:pPr>
              <w:rPr>
                <w:rFonts w:cs="Times New Roman"/>
                <w:sz w:val="22"/>
              </w:rPr>
            </w:pPr>
            <w:r w:rsidRPr="00555986">
              <w:rPr>
                <w:rFonts w:cs="Times New Roman"/>
                <w:sz w:val="22"/>
              </w:rPr>
              <w:t>+7 922 852 5809</w:t>
            </w:r>
          </w:p>
        </w:tc>
      </w:tr>
    </w:tbl>
    <w:p w14:paraId="18ABF04B" w14:textId="77777777" w:rsidR="00555986" w:rsidRDefault="00555986" w:rsidP="00555986">
      <w:pPr>
        <w:pStyle w:val="21"/>
        <w:spacing w:before="0" w:after="0" w:line="240" w:lineRule="auto"/>
        <w:ind w:firstLine="709"/>
        <w:jc w:val="both"/>
        <w:rPr>
          <w:rFonts w:cs="Times New Roman"/>
          <w:sz w:val="22"/>
          <w:szCs w:val="22"/>
        </w:rPr>
      </w:pPr>
    </w:p>
    <w:p w14:paraId="048FF437" w14:textId="4BA87561" w:rsidR="00646FF7" w:rsidRPr="00555986" w:rsidRDefault="00555986" w:rsidP="00555986">
      <w:pPr>
        <w:pStyle w:val="21"/>
        <w:spacing w:before="0" w:after="0" w:line="240" w:lineRule="auto"/>
        <w:ind w:firstLine="709"/>
        <w:rPr>
          <w:rFonts w:cs="Times New Roman"/>
          <w:sz w:val="22"/>
          <w:szCs w:val="22"/>
        </w:rPr>
      </w:pPr>
      <w:r w:rsidRPr="00555986">
        <w:rPr>
          <w:rFonts w:cs="Times New Roman"/>
          <w:sz w:val="22"/>
          <w:szCs w:val="22"/>
        </w:rPr>
        <w:t>2. ЦЕЛИ ОБРАБОТКИ ПЕРСОНАЛЬНЫХ ДАННЫХ</w:t>
      </w:r>
    </w:p>
    <w:p w14:paraId="219885CC" w14:textId="77777777" w:rsidR="00646FF7" w:rsidRPr="00555986" w:rsidRDefault="00555986" w:rsidP="00555986">
      <w:pPr>
        <w:spacing w:after="0" w:line="240" w:lineRule="auto"/>
        <w:ind w:firstLine="709"/>
        <w:jc w:val="both"/>
        <w:rPr>
          <w:rFonts w:cs="Times New Roman"/>
          <w:sz w:val="22"/>
          <w:lang w:val="ru-RU"/>
        </w:rPr>
      </w:pPr>
      <w:r w:rsidRPr="00555986">
        <w:rPr>
          <w:rFonts w:cs="Times New Roman"/>
          <w:sz w:val="22"/>
          <w:lang w:val="ru-RU"/>
        </w:rPr>
        <w:t>2.1. Настоящее согласие предоставляется для следующих целей обработки персональных данных:</w:t>
      </w:r>
    </w:p>
    <w:tbl>
      <w:tblPr>
        <w:tblStyle w:val="aff0"/>
        <w:tblW w:w="0" w:type="auto"/>
        <w:jc w:val="center"/>
        <w:tblLayout w:type="fixed"/>
        <w:tblLook w:val="04A0" w:firstRow="1" w:lastRow="0" w:firstColumn="1" w:lastColumn="0" w:noHBand="0" w:noVBand="1"/>
      </w:tblPr>
      <w:tblGrid>
        <w:gridCol w:w="675"/>
        <w:gridCol w:w="5561"/>
        <w:gridCol w:w="3795"/>
      </w:tblGrid>
      <w:tr w:rsidR="00646FF7" w:rsidRPr="00555986" w14:paraId="69D89218" w14:textId="77777777" w:rsidTr="00555986">
        <w:trPr>
          <w:jc w:val="center"/>
        </w:trPr>
        <w:tc>
          <w:tcPr>
            <w:tcW w:w="675" w:type="dxa"/>
          </w:tcPr>
          <w:p w14:paraId="7351B634" w14:textId="77777777" w:rsidR="00646FF7" w:rsidRPr="00555986" w:rsidRDefault="00555986" w:rsidP="00555986">
            <w:pPr>
              <w:jc w:val="both"/>
              <w:rPr>
                <w:rFonts w:cs="Times New Roman"/>
                <w:sz w:val="22"/>
              </w:rPr>
            </w:pPr>
            <w:r w:rsidRPr="00555986">
              <w:rPr>
                <w:rFonts w:cs="Times New Roman"/>
                <w:b/>
                <w:sz w:val="22"/>
              </w:rPr>
              <w:t>№</w:t>
            </w:r>
          </w:p>
        </w:tc>
        <w:tc>
          <w:tcPr>
            <w:tcW w:w="5561" w:type="dxa"/>
          </w:tcPr>
          <w:p w14:paraId="20C7D397" w14:textId="77777777" w:rsidR="00646FF7" w:rsidRPr="00555986" w:rsidRDefault="00555986" w:rsidP="00555986">
            <w:pPr>
              <w:jc w:val="both"/>
              <w:rPr>
                <w:rFonts w:cs="Times New Roman"/>
                <w:sz w:val="22"/>
              </w:rPr>
            </w:pPr>
            <w:proofErr w:type="spellStart"/>
            <w:r w:rsidRPr="00555986">
              <w:rPr>
                <w:rFonts w:cs="Times New Roman"/>
                <w:b/>
                <w:sz w:val="22"/>
              </w:rPr>
              <w:t>Цель</w:t>
            </w:r>
            <w:proofErr w:type="spellEnd"/>
            <w:r w:rsidRPr="00555986">
              <w:rPr>
                <w:rFonts w:cs="Times New Roman"/>
                <w:b/>
                <w:sz w:val="22"/>
              </w:rPr>
              <w:t xml:space="preserve"> </w:t>
            </w:r>
            <w:proofErr w:type="spellStart"/>
            <w:r w:rsidRPr="00555986">
              <w:rPr>
                <w:rFonts w:cs="Times New Roman"/>
                <w:b/>
                <w:sz w:val="22"/>
              </w:rPr>
              <w:t>обработки</w:t>
            </w:r>
            <w:proofErr w:type="spellEnd"/>
          </w:p>
        </w:tc>
        <w:tc>
          <w:tcPr>
            <w:tcW w:w="3795" w:type="dxa"/>
          </w:tcPr>
          <w:p w14:paraId="2D0D1482" w14:textId="77777777" w:rsidR="00646FF7" w:rsidRPr="00555986" w:rsidRDefault="00555986" w:rsidP="00555986">
            <w:pPr>
              <w:jc w:val="both"/>
              <w:rPr>
                <w:rFonts w:cs="Times New Roman"/>
                <w:sz w:val="22"/>
              </w:rPr>
            </w:pPr>
            <w:proofErr w:type="spellStart"/>
            <w:r w:rsidRPr="00555986">
              <w:rPr>
                <w:rFonts w:cs="Times New Roman"/>
                <w:b/>
                <w:sz w:val="22"/>
              </w:rPr>
              <w:t>Правовое</w:t>
            </w:r>
            <w:proofErr w:type="spellEnd"/>
            <w:r w:rsidRPr="00555986">
              <w:rPr>
                <w:rFonts w:cs="Times New Roman"/>
                <w:b/>
                <w:sz w:val="22"/>
              </w:rPr>
              <w:t xml:space="preserve"> </w:t>
            </w:r>
            <w:proofErr w:type="spellStart"/>
            <w:r w:rsidRPr="00555986">
              <w:rPr>
                <w:rFonts w:cs="Times New Roman"/>
                <w:b/>
                <w:sz w:val="22"/>
              </w:rPr>
              <w:t>основание</w:t>
            </w:r>
            <w:proofErr w:type="spellEnd"/>
          </w:p>
        </w:tc>
      </w:tr>
      <w:tr w:rsidR="00646FF7" w:rsidRPr="00CE0EBD" w14:paraId="09F0DF44" w14:textId="77777777" w:rsidTr="00555986">
        <w:trPr>
          <w:jc w:val="center"/>
        </w:trPr>
        <w:tc>
          <w:tcPr>
            <w:tcW w:w="675" w:type="dxa"/>
          </w:tcPr>
          <w:p w14:paraId="34699EE0" w14:textId="77777777" w:rsidR="00646FF7" w:rsidRPr="00555986" w:rsidRDefault="00555986" w:rsidP="00555986">
            <w:pPr>
              <w:jc w:val="both"/>
              <w:rPr>
                <w:rFonts w:cs="Times New Roman"/>
                <w:sz w:val="22"/>
              </w:rPr>
            </w:pPr>
            <w:r w:rsidRPr="00555986">
              <w:rPr>
                <w:rFonts w:cs="Times New Roman"/>
                <w:sz w:val="22"/>
              </w:rPr>
              <w:t>1</w:t>
            </w:r>
          </w:p>
        </w:tc>
        <w:tc>
          <w:tcPr>
            <w:tcW w:w="5561" w:type="dxa"/>
          </w:tcPr>
          <w:p w14:paraId="5300D064" w14:textId="77777777" w:rsidR="00646FF7" w:rsidRPr="00555986" w:rsidRDefault="00555986" w:rsidP="00555986">
            <w:pPr>
              <w:jc w:val="both"/>
              <w:rPr>
                <w:rFonts w:cs="Times New Roman"/>
                <w:sz w:val="22"/>
                <w:lang w:val="ru-RU"/>
              </w:rPr>
            </w:pPr>
            <w:r w:rsidRPr="00555986">
              <w:rPr>
                <w:rFonts w:cs="Times New Roman"/>
                <w:b/>
                <w:sz w:val="22"/>
                <w:lang w:val="ru-RU"/>
              </w:rPr>
              <w:t>Оформление и исполнение заказов</w:t>
            </w:r>
            <w:r w:rsidRPr="00555986">
              <w:rPr>
                <w:rFonts w:cs="Times New Roman"/>
                <w:sz w:val="22"/>
                <w:lang w:val="ru-RU"/>
              </w:rPr>
              <w:t xml:space="preserve"> (прием заявок, согласование параметров заказа, изготовление, оплата, доставка, выдача товара) – при оформлении заказа через Сайт, по телефону, в мессенджерах, по электронной почте, через социальные сети или при личном визите в торговую точку</w:t>
            </w:r>
          </w:p>
        </w:tc>
        <w:tc>
          <w:tcPr>
            <w:tcW w:w="3795" w:type="dxa"/>
          </w:tcPr>
          <w:p w14:paraId="61475E13" w14:textId="77777777" w:rsidR="00646FF7" w:rsidRPr="00555986" w:rsidRDefault="00555986" w:rsidP="00555986">
            <w:pPr>
              <w:jc w:val="both"/>
              <w:rPr>
                <w:rFonts w:cs="Times New Roman"/>
                <w:sz w:val="22"/>
                <w:lang w:val="ru-RU"/>
              </w:rPr>
            </w:pPr>
            <w:r w:rsidRPr="00555986">
              <w:rPr>
                <w:rFonts w:cs="Times New Roman"/>
                <w:sz w:val="22"/>
                <w:lang w:val="ru-RU"/>
              </w:rPr>
              <w:t>П. 5 ч. 1 ст. 6 Федерального закона от 27.07.2006 № 152-ФЗ «О персональных данных» (далее – «Закон о персональных данных»)</w:t>
            </w:r>
          </w:p>
        </w:tc>
      </w:tr>
      <w:tr w:rsidR="00646FF7" w:rsidRPr="00CE0EBD" w14:paraId="2C92E4EB" w14:textId="77777777" w:rsidTr="00555986">
        <w:trPr>
          <w:jc w:val="center"/>
        </w:trPr>
        <w:tc>
          <w:tcPr>
            <w:tcW w:w="675" w:type="dxa"/>
          </w:tcPr>
          <w:p w14:paraId="78B1D771" w14:textId="77777777" w:rsidR="00646FF7" w:rsidRPr="00555986" w:rsidRDefault="00555986" w:rsidP="00555986">
            <w:pPr>
              <w:jc w:val="both"/>
              <w:rPr>
                <w:rFonts w:cs="Times New Roman"/>
                <w:sz w:val="22"/>
              </w:rPr>
            </w:pPr>
            <w:r w:rsidRPr="00555986">
              <w:rPr>
                <w:rFonts w:cs="Times New Roman"/>
                <w:sz w:val="22"/>
              </w:rPr>
              <w:t>2</w:t>
            </w:r>
          </w:p>
        </w:tc>
        <w:tc>
          <w:tcPr>
            <w:tcW w:w="5561" w:type="dxa"/>
          </w:tcPr>
          <w:p w14:paraId="59A2FC8A" w14:textId="77777777" w:rsidR="00646FF7" w:rsidRPr="00555986" w:rsidRDefault="00555986" w:rsidP="00555986">
            <w:pPr>
              <w:jc w:val="both"/>
              <w:rPr>
                <w:rFonts w:cs="Times New Roman"/>
                <w:sz w:val="22"/>
                <w:lang w:val="ru-RU"/>
              </w:rPr>
            </w:pPr>
            <w:r w:rsidRPr="00555986">
              <w:rPr>
                <w:rFonts w:cs="Times New Roman"/>
                <w:b/>
                <w:sz w:val="22"/>
                <w:lang w:val="ru-RU"/>
              </w:rPr>
              <w:t>Обработка заявок «Закажите торт по собственному эскизу»</w:t>
            </w:r>
            <w:r w:rsidRPr="00555986">
              <w:rPr>
                <w:rFonts w:cs="Times New Roman"/>
                <w:sz w:val="22"/>
                <w:lang w:val="ru-RU"/>
              </w:rPr>
              <w:t xml:space="preserve"> – получение и обработка предоставленных фото, эскизов, описаний желаемого дизайна для последующего заключения и исполнения договора</w:t>
            </w:r>
          </w:p>
        </w:tc>
        <w:tc>
          <w:tcPr>
            <w:tcW w:w="3795" w:type="dxa"/>
          </w:tcPr>
          <w:p w14:paraId="5CBF28F3" w14:textId="77777777" w:rsidR="00646FF7" w:rsidRPr="00555986" w:rsidRDefault="00555986" w:rsidP="00555986">
            <w:pPr>
              <w:jc w:val="both"/>
              <w:rPr>
                <w:rFonts w:cs="Times New Roman"/>
                <w:sz w:val="22"/>
                <w:lang w:val="ru-RU"/>
              </w:rPr>
            </w:pPr>
            <w:r w:rsidRPr="00555986">
              <w:rPr>
                <w:rFonts w:cs="Times New Roman"/>
                <w:sz w:val="22"/>
                <w:lang w:val="ru-RU"/>
              </w:rPr>
              <w:t>П. 5 ч. 1 ст. 6 Закона о персональных данных (исполнение договора)</w:t>
            </w:r>
          </w:p>
        </w:tc>
      </w:tr>
      <w:tr w:rsidR="00646FF7" w:rsidRPr="00CE0EBD" w14:paraId="09037C55" w14:textId="77777777" w:rsidTr="00555986">
        <w:trPr>
          <w:jc w:val="center"/>
        </w:trPr>
        <w:tc>
          <w:tcPr>
            <w:tcW w:w="675" w:type="dxa"/>
          </w:tcPr>
          <w:p w14:paraId="1A64E1C4" w14:textId="77777777" w:rsidR="00646FF7" w:rsidRPr="00555986" w:rsidRDefault="00555986" w:rsidP="00555986">
            <w:pPr>
              <w:jc w:val="both"/>
              <w:rPr>
                <w:rFonts w:cs="Times New Roman"/>
                <w:sz w:val="22"/>
              </w:rPr>
            </w:pPr>
            <w:r w:rsidRPr="00555986">
              <w:rPr>
                <w:rFonts w:cs="Times New Roman"/>
                <w:sz w:val="22"/>
              </w:rPr>
              <w:t>3</w:t>
            </w:r>
          </w:p>
        </w:tc>
        <w:tc>
          <w:tcPr>
            <w:tcW w:w="5561" w:type="dxa"/>
          </w:tcPr>
          <w:p w14:paraId="2B35E03D" w14:textId="77777777" w:rsidR="00646FF7" w:rsidRPr="00555986" w:rsidRDefault="00555986" w:rsidP="00555986">
            <w:pPr>
              <w:jc w:val="both"/>
              <w:rPr>
                <w:rFonts w:cs="Times New Roman"/>
                <w:sz w:val="22"/>
                <w:lang w:val="ru-RU"/>
              </w:rPr>
            </w:pPr>
            <w:r w:rsidRPr="00555986">
              <w:rPr>
                <w:rFonts w:cs="Times New Roman"/>
                <w:b/>
                <w:sz w:val="22"/>
                <w:lang w:val="ru-RU"/>
              </w:rPr>
              <w:t>Предоставление консультаций и ответов на обращения</w:t>
            </w:r>
            <w:r w:rsidRPr="00555986">
              <w:rPr>
                <w:rFonts w:cs="Times New Roman"/>
                <w:sz w:val="22"/>
                <w:lang w:val="ru-RU"/>
              </w:rPr>
              <w:t xml:space="preserve"> – обработка запросов, направленных через формы обратной связи на Сайте, по телефону, в мессенджерах или по электронной почте, не связанных с исполнением уже заключенного договора</w:t>
            </w:r>
          </w:p>
        </w:tc>
        <w:tc>
          <w:tcPr>
            <w:tcW w:w="3795" w:type="dxa"/>
          </w:tcPr>
          <w:p w14:paraId="4CE85B4D" w14:textId="77777777" w:rsidR="00646FF7" w:rsidRPr="00555986" w:rsidRDefault="00555986" w:rsidP="00555986">
            <w:pPr>
              <w:jc w:val="both"/>
              <w:rPr>
                <w:rFonts w:cs="Times New Roman"/>
                <w:sz w:val="22"/>
                <w:lang w:val="ru-RU"/>
              </w:rPr>
            </w:pPr>
            <w:r w:rsidRPr="00555986">
              <w:rPr>
                <w:rFonts w:cs="Times New Roman"/>
                <w:sz w:val="22"/>
                <w:lang w:val="ru-RU"/>
              </w:rPr>
              <w:t>П. 1 ч. 1 ст. 6 Закона о персональных данных (согласие)</w:t>
            </w:r>
          </w:p>
        </w:tc>
      </w:tr>
      <w:tr w:rsidR="00646FF7" w:rsidRPr="00CE0EBD" w14:paraId="6B21925F" w14:textId="77777777" w:rsidTr="00555986">
        <w:trPr>
          <w:jc w:val="center"/>
        </w:trPr>
        <w:tc>
          <w:tcPr>
            <w:tcW w:w="675" w:type="dxa"/>
          </w:tcPr>
          <w:p w14:paraId="65C576CF" w14:textId="77777777" w:rsidR="00646FF7" w:rsidRPr="00555986" w:rsidRDefault="00555986" w:rsidP="00555986">
            <w:pPr>
              <w:jc w:val="both"/>
              <w:rPr>
                <w:rFonts w:cs="Times New Roman"/>
                <w:sz w:val="22"/>
              </w:rPr>
            </w:pPr>
            <w:r w:rsidRPr="00555986">
              <w:rPr>
                <w:rFonts w:cs="Times New Roman"/>
                <w:sz w:val="22"/>
              </w:rPr>
              <w:t>4</w:t>
            </w:r>
          </w:p>
        </w:tc>
        <w:tc>
          <w:tcPr>
            <w:tcW w:w="5561" w:type="dxa"/>
          </w:tcPr>
          <w:p w14:paraId="636BCA4C" w14:textId="77777777" w:rsidR="00646FF7" w:rsidRPr="00555986" w:rsidRDefault="00555986" w:rsidP="00555986">
            <w:pPr>
              <w:jc w:val="both"/>
              <w:rPr>
                <w:rFonts w:cs="Times New Roman"/>
                <w:sz w:val="22"/>
                <w:lang w:val="ru-RU"/>
              </w:rPr>
            </w:pPr>
            <w:r w:rsidRPr="00555986">
              <w:rPr>
                <w:rFonts w:cs="Times New Roman"/>
                <w:b/>
                <w:sz w:val="22"/>
                <w:lang w:val="ru-RU"/>
              </w:rPr>
              <w:t>Информирование о новых товарах, акциях и специальных предложениях</w:t>
            </w:r>
            <w:r w:rsidRPr="00555986">
              <w:rPr>
                <w:rFonts w:cs="Times New Roman"/>
                <w:sz w:val="22"/>
                <w:lang w:val="ru-RU"/>
              </w:rPr>
              <w:t xml:space="preserve"> (рекламные рассылки) – осуществляется только при наличии отдельно проставленной отметки (галочки) в </w:t>
            </w:r>
            <w:proofErr w:type="spellStart"/>
            <w:r w:rsidRPr="00555986">
              <w:rPr>
                <w:rFonts w:cs="Times New Roman"/>
                <w:sz w:val="22"/>
                <w:lang w:val="ru-RU"/>
              </w:rPr>
              <w:t>чекбоксе</w:t>
            </w:r>
            <w:proofErr w:type="spellEnd"/>
            <w:r w:rsidRPr="00555986">
              <w:rPr>
                <w:rFonts w:cs="Times New Roman"/>
                <w:sz w:val="22"/>
                <w:lang w:val="ru-RU"/>
              </w:rPr>
              <w:t xml:space="preserve"> «Я согласен получать новости и рекламные рассылки» либо при направлении отдельного согласия</w:t>
            </w:r>
          </w:p>
        </w:tc>
        <w:tc>
          <w:tcPr>
            <w:tcW w:w="3795" w:type="dxa"/>
          </w:tcPr>
          <w:p w14:paraId="393CC36A" w14:textId="77777777" w:rsidR="00646FF7" w:rsidRPr="00555986" w:rsidRDefault="00555986" w:rsidP="00555986">
            <w:pPr>
              <w:jc w:val="both"/>
              <w:rPr>
                <w:rFonts w:cs="Times New Roman"/>
                <w:sz w:val="22"/>
                <w:lang w:val="ru-RU"/>
              </w:rPr>
            </w:pPr>
            <w:r w:rsidRPr="00555986">
              <w:rPr>
                <w:rFonts w:cs="Times New Roman"/>
                <w:sz w:val="22"/>
                <w:lang w:val="ru-RU"/>
              </w:rPr>
              <w:t>П. 1 ч. 1 ст. 6 Закона о персональных данных (согласие), ч. 1 ст. 18 Федерального закона от 13.03.2006 № 38-ФЗ «О рекламе»</w:t>
            </w:r>
          </w:p>
        </w:tc>
      </w:tr>
    </w:tbl>
    <w:p w14:paraId="4889EDB7" w14:textId="77777777" w:rsidR="00555986" w:rsidRDefault="00555986" w:rsidP="00555986">
      <w:pPr>
        <w:pStyle w:val="21"/>
        <w:spacing w:before="0" w:after="0" w:line="240" w:lineRule="auto"/>
        <w:ind w:firstLine="709"/>
        <w:rPr>
          <w:rFonts w:cs="Times New Roman"/>
          <w:sz w:val="22"/>
          <w:szCs w:val="22"/>
          <w:lang w:val="ru-RU"/>
        </w:rPr>
      </w:pPr>
    </w:p>
    <w:p w14:paraId="4FCD9240" w14:textId="0422DD21" w:rsidR="00646FF7" w:rsidRPr="00555986" w:rsidRDefault="00555986" w:rsidP="00555986">
      <w:pPr>
        <w:pStyle w:val="21"/>
        <w:spacing w:before="0" w:after="0" w:line="240" w:lineRule="auto"/>
        <w:ind w:firstLine="709"/>
        <w:rPr>
          <w:rFonts w:cs="Times New Roman"/>
          <w:sz w:val="22"/>
          <w:szCs w:val="22"/>
          <w:lang w:val="ru-RU"/>
        </w:rPr>
      </w:pPr>
      <w:r w:rsidRPr="00555986">
        <w:rPr>
          <w:rFonts w:cs="Times New Roman"/>
          <w:sz w:val="22"/>
          <w:szCs w:val="22"/>
          <w:lang w:val="ru-RU"/>
        </w:rPr>
        <w:t>3. ПЕРЕЧЕНЬ ПЕРСОНАЛЬНЫХ ДАННЫХ, НА ОБРАБОТКУ КОТОРЫХ ДАЕТСЯ СОГЛАСИЕ</w:t>
      </w:r>
    </w:p>
    <w:p w14:paraId="1C707194" w14:textId="77777777" w:rsidR="00646FF7" w:rsidRPr="00555986" w:rsidRDefault="00555986" w:rsidP="00555986">
      <w:pPr>
        <w:spacing w:after="0" w:line="240" w:lineRule="auto"/>
        <w:ind w:firstLine="709"/>
        <w:jc w:val="both"/>
        <w:rPr>
          <w:rFonts w:cs="Times New Roman"/>
          <w:sz w:val="22"/>
          <w:lang w:val="ru-RU"/>
        </w:rPr>
      </w:pPr>
      <w:r w:rsidRPr="00555986">
        <w:rPr>
          <w:rFonts w:cs="Times New Roman"/>
          <w:sz w:val="22"/>
          <w:lang w:val="ru-RU"/>
        </w:rPr>
        <w:t>3.1. Настоящее согласие предоставляется на обработку следующих персональных данных:</w:t>
      </w:r>
    </w:p>
    <w:tbl>
      <w:tblPr>
        <w:tblStyle w:val="aff0"/>
        <w:tblW w:w="0" w:type="auto"/>
        <w:tblInd w:w="392" w:type="dxa"/>
        <w:tblLayout w:type="fixed"/>
        <w:tblLook w:val="04A0" w:firstRow="1" w:lastRow="0" w:firstColumn="1" w:lastColumn="0" w:noHBand="0" w:noVBand="1"/>
      </w:tblPr>
      <w:tblGrid>
        <w:gridCol w:w="425"/>
        <w:gridCol w:w="3260"/>
        <w:gridCol w:w="6237"/>
      </w:tblGrid>
      <w:tr w:rsidR="00646FF7" w:rsidRPr="00555986" w14:paraId="5AC863DC" w14:textId="77777777" w:rsidTr="00CE0EBD">
        <w:tc>
          <w:tcPr>
            <w:tcW w:w="425" w:type="dxa"/>
          </w:tcPr>
          <w:p w14:paraId="20C1FA75" w14:textId="77777777" w:rsidR="00646FF7" w:rsidRPr="00555986" w:rsidRDefault="00555986" w:rsidP="00224F01">
            <w:pPr>
              <w:rPr>
                <w:rFonts w:cs="Times New Roman"/>
                <w:sz w:val="22"/>
              </w:rPr>
            </w:pPr>
            <w:r w:rsidRPr="00555986">
              <w:rPr>
                <w:rFonts w:cs="Times New Roman"/>
                <w:b/>
                <w:sz w:val="22"/>
              </w:rPr>
              <w:t>№</w:t>
            </w:r>
          </w:p>
        </w:tc>
        <w:tc>
          <w:tcPr>
            <w:tcW w:w="3260" w:type="dxa"/>
          </w:tcPr>
          <w:p w14:paraId="4CB21D1D" w14:textId="77777777" w:rsidR="00646FF7" w:rsidRPr="00555986" w:rsidRDefault="00555986" w:rsidP="00224F01">
            <w:pPr>
              <w:rPr>
                <w:rFonts w:cs="Times New Roman"/>
                <w:sz w:val="22"/>
              </w:rPr>
            </w:pPr>
            <w:proofErr w:type="spellStart"/>
            <w:r w:rsidRPr="00555986">
              <w:rPr>
                <w:rFonts w:cs="Times New Roman"/>
                <w:b/>
                <w:sz w:val="22"/>
              </w:rPr>
              <w:t>Категория</w:t>
            </w:r>
            <w:proofErr w:type="spellEnd"/>
            <w:r w:rsidRPr="00555986">
              <w:rPr>
                <w:rFonts w:cs="Times New Roman"/>
                <w:b/>
                <w:sz w:val="22"/>
              </w:rPr>
              <w:t xml:space="preserve"> </w:t>
            </w:r>
            <w:proofErr w:type="spellStart"/>
            <w:r w:rsidRPr="00555986">
              <w:rPr>
                <w:rFonts w:cs="Times New Roman"/>
                <w:b/>
                <w:sz w:val="22"/>
              </w:rPr>
              <w:t>данных</w:t>
            </w:r>
            <w:proofErr w:type="spellEnd"/>
          </w:p>
        </w:tc>
        <w:tc>
          <w:tcPr>
            <w:tcW w:w="6237" w:type="dxa"/>
          </w:tcPr>
          <w:p w14:paraId="6813CDBB" w14:textId="77777777" w:rsidR="00646FF7" w:rsidRPr="00555986" w:rsidRDefault="00555986" w:rsidP="00224F01">
            <w:pPr>
              <w:rPr>
                <w:rFonts w:cs="Times New Roman"/>
                <w:sz w:val="22"/>
              </w:rPr>
            </w:pPr>
            <w:proofErr w:type="spellStart"/>
            <w:r w:rsidRPr="00555986">
              <w:rPr>
                <w:rFonts w:cs="Times New Roman"/>
                <w:b/>
                <w:sz w:val="22"/>
              </w:rPr>
              <w:t>Конкретный</w:t>
            </w:r>
            <w:proofErr w:type="spellEnd"/>
            <w:r w:rsidRPr="00555986">
              <w:rPr>
                <w:rFonts w:cs="Times New Roman"/>
                <w:b/>
                <w:sz w:val="22"/>
              </w:rPr>
              <w:t xml:space="preserve"> </w:t>
            </w:r>
            <w:proofErr w:type="spellStart"/>
            <w:r w:rsidRPr="00555986">
              <w:rPr>
                <w:rFonts w:cs="Times New Roman"/>
                <w:b/>
                <w:sz w:val="22"/>
              </w:rPr>
              <w:t>перечень</w:t>
            </w:r>
            <w:proofErr w:type="spellEnd"/>
          </w:p>
        </w:tc>
      </w:tr>
      <w:tr w:rsidR="00646FF7" w:rsidRPr="00CE0EBD" w14:paraId="3A58F4F5" w14:textId="77777777" w:rsidTr="00CE0EBD">
        <w:tc>
          <w:tcPr>
            <w:tcW w:w="425" w:type="dxa"/>
          </w:tcPr>
          <w:p w14:paraId="54ABE276" w14:textId="77777777" w:rsidR="00646FF7" w:rsidRPr="00555986" w:rsidRDefault="00555986" w:rsidP="00224F01">
            <w:pPr>
              <w:rPr>
                <w:rFonts w:cs="Times New Roman"/>
                <w:sz w:val="22"/>
              </w:rPr>
            </w:pPr>
            <w:r w:rsidRPr="00555986">
              <w:rPr>
                <w:rFonts w:cs="Times New Roman"/>
                <w:sz w:val="22"/>
              </w:rPr>
              <w:t>1</w:t>
            </w:r>
          </w:p>
        </w:tc>
        <w:tc>
          <w:tcPr>
            <w:tcW w:w="3260" w:type="dxa"/>
          </w:tcPr>
          <w:p w14:paraId="611BA627" w14:textId="77777777" w:rsidR="00646FF7" w:rsidRPr="00555986" w:rsidRDefault="00555986" w:rsidP="00224F01">
            <w:pPr>
              <w:rPr>
                <w:rFonts w:cs="Times New Roman"/>
                <w:sz w:val="22"/>
              </w:rPr>
            </w:pPr>
            <w:proofErr w:type="spellStart"/>
            <w:r w:rsidRPr="00555986">
              <w:rPr>
                <w:rFonts w:cs="Times New Roman"/>
                <w:b/>
                <w:sz w:val="22"/>
              </w:rPr>
              <w:t>Идентификационные</w:t>
            </w:r>
            <w:proofErr w:type="spellEnd"/>
            <w:r w:rsidRPr="00555986">
              <w:rPr>
                <w:rFonts w:cs="Times New Roman"/>
                <w:b/>
                <w:sz w:val="22"/>
              </w:rPr>
              <w:t xml:space="preserve"> </w:t>
            </w:r>
            <w:proofErr w:type="spellStart"/>
            <w:r w:rsidRPr="00555986">
              <w:rPr>
                <w:rFonts w:cs="Times New Roman"/>
                <w:b/>
                <w:sz w:val="22"/>
              </w:rPr>
              <w:t>данные</w:t>
            </w:r>
            <w:proofErr w:type="spellEnd"/>
          </w:p>
        </w:tc>
        <w:tc>
          <w:tcPr>
            <w:tcW w:w="6237" w:type="dxa"/>
          </w:tcPr>
          <w:p w14:paraId="7CC20579" w14:textId="77777777" w:rsidR="00646FF7" w:rsidRPr="00555986" w:rsidRDefault="00555986" w:rsidP="00224F01">
            <w:pPr>
              <w:rPr>
                <w:rFonts w:cs="Times New Roman"/>
                <w:sz w:val="22"/>
                <w:lang w:val="ru-RU"/>
              </w:rPr>
            </w:pPr>
            <w:r w:rsidRPr="00555986">
              <w:rPr>
                <w:rFonts w:cs="Times New Roman"/>
                <w:sz w:val="22"/>
                <w:lang w:val="ru-RU"/>
              </w:rPr>
              <w:t>Фамилия, имя, отчество (при наличии)</w:t>
            </w:r>
          </w:p>
        </w:tc>
      </w:tr>
      <w:tr w:rsidR="00646FF7" w:rsidRPr="00CE0EBD" w14:paraId="00C8EA3C" w14:textId="77777777" w:rsidTr="00CE0EBD">
        <w:tc>
          <w:tcPr>
            <w:tcW w:w="425" w:type="dxa"/>
          </w:tcPr>
          <w:p w14:paraId="01BA3A8B" w14:textId="77777777" w:rsidR="00646FF7" w:rsidRPr="00555986" w:rsidRDefault="00555986" w:rsidP="00224F01">
            <w:pPr>
              <w:rPr>
                <w:rFonts w:cs="Times New Roman"/>
                <w:sz w:val="22"/>
              </w:rPr>
            </w:pPr>
            <w:r w:rsidRPr="00555986">
              <w:rPr>
                <w:rFonts w:cs="Times New Roman"/>
                <w:sz w:val="22"/>
              </w:rPr>
              <w:t>2</w:t>
            </w:r>
          </w:p>
        </w:tc>
        <w:tc>
          <w:tcPr>
            <w:tcW w:w="3260" w:type="dxa"/>
          </w:tcPr>
          <w:p w14:paraId="60648A4F" w14:textId="77777777" w:rsidR="00646FF7" w:rsidRPr="00555986" w:rsidRDefault="00555986" w:rsidP="00224F01">
            <w:pPr>
              <w:rPr>
                <w:rFonts w:cs="Times New Roman"/>
                <w:sz w:val="22"/>
              </w:rPr>
            </w:pPr>
            <w:proofErr w:type="spellStart"/>
            <w:r w:rsidRPr="00555986">
              <w:rPr>
                <w:rFonts w:cs="Times New Roman"/>
                <w:b/>
                <w:sz w:val="22"/>
              </w:rPr>
              <w:t>Контактные</w:t>
            </w:r>
            <w:proofErr w:type="spellEnd"/>
            <w:r w:rsidRPr="00555986">
              <w:rPr>
                <w:rFonts w:cs="Times New Roman"/>
                <w:b/>
                <w:sz w:val="22"/>
              </w:rPr>
              <w:t xml:space="preserve"> </w:t>
            </w:r>
            <w:proofErr w:type="spellStart"/>
            <w:r w:rsidRPr="00555986">
              <w:rPr>
                <w:rFonts w:cs="Times New Roman"/>
                <w:b/>
                <w:sz w:val="22"/>
              </w:rPr>
              <w:t>данные</w:t>
            </w:r>
            <w:proofErr w:type="spellEnd"/>
          </w:p>
        </w:tc>
        <w:tc>
          <w:tcPr>
            <w:tcW w:w="6237" w:type="dxa"/>
          </w:tcPr>
          <w:p w14:paraId="0C1AF22A" w14:textId="77777777" w:rsidR="00646FF7" w:rsidRPr="00555986" w:rsidRDefault="00555986" w:rsidP="00224F01">
            <w:pPr>
              <w:rPr>
                <w:rFonts w:cs="Times New Roman"/>
                <w:sz w:val="22"/>
                <w:lang w:val="ru-RU"/>
              </w:rPr>
            </w:pPr>
            <w:r w:rsidRPr="00555986">
              <w:rPr>
                <w:rFonts w:cs="Times New Roman"/>
                <w:sz w:val="22"/>
                <w:lang w:val="ru-RU"/>
              </w:rPr>
              <w:t>Номер контактного телефона, адрес электронной почты</w:t>
            </w:r>
          </w:p>
        </w:tc>
      </w:tr>
      <w:tr w:rsidR="00646FF7" w:rsidRPr="00CE0EBD" w14:paraId="35C693C7" w14:textId="77777777" w:rsidTr="00CE0EBD">
        <w:tc>
          <w:tcPr>
            <w:tcW w:w="425" w:type="dxa"/>
          </w:tcPr>
          <w:p w14:paraId="36CEC362" w14:textId="77777777" w:rsidR="00646FF7" w:rsidRPr="00555986" w:rsidRDefault="00555986" w:rsidP="00224F01">
            <w:pPr>
              <w:rPr>
                <w:rFonts w:cs="Times New Roman"/>
                <w:sz w:val="22"/>
              </w:rPr>
            </w:pPr>
            <w:r w:rsidRPr="00555986">
              <w:rPr>
                <w:rFonts w:cs="Times New Roman"/>
                <w:sz w:val="22"/>
              </w:rPr>
              <w:t>3</w:t>
            </w:r>
          </w:p>
        </w:tc>
        <w:tc>
          <w:tcPr>
            <w:tcW w:w="3260" w:type="dxa"/>
          </w:tcPr>
          <w:p w14:paraId="352A5A4C" w14:textId="77777777" w:rsidR="00646FF7" w:rsidRPr="00555986" w:rsidRDefault="00555986" w:rsidP="00224F01">
            <w:pPr>
              <w:rPr>
                <w:rFonts w:cs="Times New Roman"/>
                <w:sz w:val="22"/>
              </w:rPr>
            </w:pPr>
            <w:proofErr w:type="spellStart"/>
            <w:r w:rsidRPr="00555986">
              <w:rPr>
                <w:rFonts w:cs="Times New Roman"/>
                <w:b/>
                <w:sz w:val="22"/>
              </w:rPr>
              <w:t>Данные</w:t>
            </w:r>
            <w:proofErr w:type="spellEnd"/>
            <w:r w:rsidRPr="00555986">
              <w:rPr>
                <w:rFonts w:cs="Times New Roman"/>
                <w:b/>
                <w:sz w:val="22"/>
              </w:rPr>
              <w:t xml:space="preserve"> </w:t>
            </w:r>
            <w:proofErr w:type="spellStart"/>
            <w:r w:rsidRPr="00555986">
              <w:rPr>
                <w:rFonts w:cs="Times New Roman"/>
                <w:b/>
                <w:sz w:val="22"/>
              </w:rPr>
              <w:t>для</w:t>
            </w:r>
            <w:proofErr w:type="spellEnd"/>
            <w:r w:rsidRPr="00555986">
              <w:rPr>
                <w:rFonts w:cs="Times New Roman"/>
                <w:b/>
                <w:sz w:val="22"/>
              </w:rPr>
              <w:t xml:space="preserve"> </w:t>
            </w:r>
            <w:proofErr w:type="spellStart"/>
            <w:r w:rsidRPr="00555986">
              <w:rPr>
                <w:rFonts w:cs="Times New Roman"/>
                <w:b/>
                <w:sz w:val="22"/>
              </w:rPr>
              <w:t>доставки</w:t>
            </w:r>
            <w:proofErr w:type="spellEnd"/>
          </w:p>
        </w:tc>
        <w:tc>
          <w:tcPr>
            <w:tcW w:w="6237" w:type="dxa"/>
          </w:tcPr>
          <w:p w14:paraId="34D6F6CB" w14:textId="77777777" w:rsidR="00646FF7" w:rsidRPr="00555986" w:rsidRDefault="00555986" w:rsidP="00224F01">
            <w:pPr>
              <w:rPr>
                <w:rFonts w:cs="Times New Roman"/>
                <w:sz w:val="22"/>
                <w:lang w:val="ru-RU"/>
              </w:rPr>
            </w:pPr>
            <w:r w:rsidRPr="00555986">
              <w:rPr>
                <w:rFonts w:cs="Times New Roman"/>
                <w:sz w:val="22"/>
                <w:lang w:val="ru-RU"/>
              </w:rPr>
              <w:t>Адрес доставки заказа (при выборе соответствующего способа получения)</w:t>
            </w:r>
          </w:p>
        </w:tc>
      </w:tr>
      <w:tr w:rsidR="00646FF7" w:rsidRPr="00CE0EBD" w14:paraId="4A7FB34D" w14:textId="77777777" w:rsidTr="00CE0EBD">
        <w:tc>
          <w:tcPr>
            <w:tcW w:w="425" w:type="dxa"/>
          </w:tcPr>
          <w:p w14:paraId="1E1FFE74" w14:textId="77777777" w:rsidR="00646FF7" w:rsidRPr="00555986" w:rsidRDefault="00555986" w:rsidP="00224F01">
            <w:pPr>
              <w:rPr>
                <w:rFonts w:cs="Times New Roman"/>
                <w:sz w:val="22"/>
              </w:rPr>
            </w:pPr>
            <w:r w:rsidRPr="00555986">
              <w:rPr>
                <w:rFonts w:cs="Times New Roman"/>
                <w:sz w:val="22"/>
              </w:rPr>
              <w:t>4</w:t>
            </w:r>
          </w:p>
        </w:tc>
        <w:tc>
          <w:tcPr>
            <w:tcW w:w="3260" w:type="dxa"/>
          </w:tcPr>
          <w:p w14:paraId="4C7174B8" w14:textId="77777777" w:rsidR="00646FF7" w:rsidRPr="00555986" w:rsidRDefault="00555986" w:rsidP="00224F01">
            <w:pPr>
              <w:rPr>
                <w:rFonts w:cs="Times New Roman"/>
                <w:sz w:val="22"/>
              </w:rPr>
            </w:pPr>
            <w:proofErr w:type="spellStart"/>
            <w:r w:rsidRPr="00555986">
              <w:rPr>
                <w:rFonts w:cs="Times New Roman"/>
                <w:b/>
                <w:sz w:val="22"/>
              </w:rPr>
              <w:t>Параметры</w:t>
            </w:r>
            <w:proofErr w:type="spellEnd"/>
            <w:r w:rsidRPr="00555986">
              <w:rPr>
                <w:rFonts w:cs="Times New Roman"/>
                <w:b/>
                <w:sz w:val="22"/>
              </w:rPr>
              <w:t xml:space="preserve"> </w:t>
            </w:r>
            <w:proofErr w:type="spellStart"/>
            <w:r w:rsidRPr="00555986">
              <w:rPr>
                <w:rFonts w:cs="Times New Roman"/>
                <w:b/>
                <w:sz w:val="22"/>
              </w:rPr>
              <w:t>заказа</w:t>
            </w:r>
            <w:proofErr w:type="spellEnd"/>
          </w:p>
        </w:tc>
        <w:tc>
          <w:tcPr>
            <w:tcW w:w="6237" w:type="dxa"/>
          </w:tcPr>
          <w:p w14:paraId="379782BF" w14:textId="77777777" w:rsidR="00646FF7" w:rsidRPr="00555986" w:rsidRDefault="00555986" w:rsidP="00224F01">
            <w:pPr>
              <w:rPr>
                <w:rFonts w:cs="Times New Roman"/>
                <w:sz w:val="22"/>
                <w:lang w:val="ru-RU"/>
              </w:rPr>
            </w:pPr>
            <w:r w:rsidRPr="00555986">
              <w:rPr>
                <w:rFonts w:cs="Times New Roman"/>
                <w:sz w:val="22"/>
                <w:lang w:val="ru-RU"/>
              </w:rPr>
              <w:t xml:space="preserve">Наименование товара, состав и параметры заказа (вес, начинка, дизайн, декор, количество), а также фотографии, эскизы и </w:t>
            </w:r>
            <w:r w:rsidRPr="00555986">
              <w:rPr>
                <w:rFonts w:cs="Times New Roman"/>
                <w:sz w:val="22"/>
                <w:lang w:val="ru-RU"/>
              </w:rPr>
              <w:lastRenderedPageBreak/>
              <w:t>описания желаемого внешнего вида товара (для Специальных заказов)</w:t>
            </w:r>
          </w:p>
        </w:tc>
      </w:tr>
      <w:tr w:rsidR="00646FF7" w:rsidRPr="00CE0EBD" w14:paraId="4E92CE6B" w14:textId="77777777" w:rsidTr="00CE0EBD">
        <w:tc>
          <w:tcPr>
            <w:tcW w:w="425" w:type="dxa"/>
          </w:tcPr>
          <w:p w14:paraId="200E699D" w14:textId="77777777" w:rsidR="00646FF7" w:rsidRPr="00555986" w:rsidRDefault="00555986" w:rsidP="00224F01">
            <w:pPr>
              <w:rPr>
                <w:rFonts w:cs="Times New Roman"/>
                <w:sz w:val="22"/>
              </w:rPr>
            </w:pPr>
            <w:r w:rsidRPr="00555986">
              <w:rPr>
                <w:rFonts w:cs="Times New Roman"/>
                <w:sz w:val="22"/>
              </w:rPr>
              <w:lastRenderedPageBreak/>
              <w:t>5</w:t>
            </w:r>
          </w:p>
        </w:tc>
        <w:tc>
          <w:tcPr>
            <w:tcW w:w="3260" w:type="dxa"/>
          </w:tcPr>
          <w:p w14:paraId="63F6814D" w14:textId="77777777" w:rsidR="00646FF7" w:rsidRPr="00555986" w:rsidRDefault="00555986" w:rsidP="00224F01">
            <w:pPr>
              <w:rPr>
                <w:rFonts w:cs="Times New Roman"/>
                <w:sz w:val="22"/>
              </w:rPr>
            </w:pPr>
            <w:proofErr w:type="spellStart"/>
            <w:r w:rsidRPr="00555986">
              <w:rPr>
                <w:rFonts w:cs="Times New Roman"/>
                <w:b/>
                <w:sz w:val="22"/>
              </w:rPr>
              <w:t>Содержание</w:t>
            </w:r>
            <w:proofErr w:type="spellEnd"/>
            <w:r w:rsidRPr="00555986">
              <w:rPr>
                <w:rFonts w:cs="Times New Roman"/>
                <w:b/>
                <w:sz w:val="22"/>
              </w:rPr>
              <w:t xml:space="preserve"> </w:t>
            </w:r>
            <w:proofErr w:type="spellStart"/>
            <w:r w:rsidRPr="00555986">
              <w:rPr>
                <w:rFonts w:cs="Times New Roman"/>
                <w:b/>
                <w:sz w:val="22"/>
              </w:rPr>
              <w:t>обращения</w:t>
            </w:r>
            <w:proofErr w:type="spellEnd"/>
          </w:p>
        </w:tc>
        <w:tc>
          <w:tcPr>
            <w:tcW w:w="6237" w:type="dxa"/>
          </w:tcPr>
          <w:p w14:paraId="02CB5BF1" w14:textId="77777777" w:rsidR="00646FF7" w:rsidRPr="00555986" w:rsidRDefault="00555986" w:rsidP="00224F01">
            <w:pPr>
              <w:rPr>
                <w:rFonts w:cs="Times New Roman"/>
                <w:sz w:val="22"/>
                <w:lang w:val="ru-RU"/>
              </w:rPr>
            </w:pPr>
            <w:r w:rsidRPr="00555986">
              <w:rPr>
                <w:rFonts w:cs="Times New Roman"/>
                <w:sz w:val="22"/>
                <w:lang w:val="ru-RU"/>
              </w:rPr>
              <w:t>Текст сообщения/обращения, направленного через формы обратной связи, мессенджеры, электронную почту или по телефону</w:t>
            </w:r>
          </w:p>
        </w:tc>
      </w:tr>
      <w:tr w:rsidR="00646FF7" w:rsidRPr="00CE0EBD" w14:paraId="338E2E01" w14:textId="77777777" w:rsidTr="00CE0EBD">
        <w:tc>
          <w:tcPr>
            <w:tcW w:w="425" w:type="dxa"/>
          </w:tcPr>
          <w:p w14:paraId="7105BC9B" w14:textId="77777777" w:rsidR="00646FF7" w:rsidRPr="00555986" w:rsidRDefault="00555986" w:rsidP="00224F01">
            <w:pPr>
              <w:rPr>
                <w:rFonts w:cs="Times New Roman"/>
                <w:sz w:val="22"/>
              </w:rPr>
            </w:pPr>
            <w:r w:rsidRPr="00555986">
              <w:rPr>
                <w:rFonts w:cs="Times New Roman"/>
                <w:sz w:val="22"/>
              </w:rPr>
              <w:t>6</w:t>
            </w:r>
          </w:p>
        </w:tc>
        <w:tc>
          <w:tcPr>
            <w:tcW w:w="3260" w:type="dxa"/>
          </w:tcPr>
          <w:p w14:paraId="04218012" w14:textId="77777777" w:rsidR="00646FF7" w:rsidRPr="00555986" w:rsidRDefault="00555986" w:rsidP="00224F01">
            <w:pPr>
              <w:rPr>
                <w:rFonts w:cs="Times New Roman"/>
                <w:sz w:val="22"/>
              </w:rPr>
            </w:pPr>
            <w:proofErr w:type="spellStart"/>
            <w:r w:rsidRPr="00555986">
              <w:rPr>
                <w:rFonts w:cs="Times New Roman"/>
                <w:b/>
                <w:sz w:val="22"/>
              </w:rPr>
              <w:t>Имя</w:t>
            </w:r>
            <w:proofErr w:type="spellEnd"/>
            <w:r w:rsidRPr="00555986">
              <w:rPr>
                <w:rFonts w:cs="Times New Roman"/>
                <w:b/>
                <w:sz w:val="22"/>
              </w:rPr>
              <w:t xml:space="preserve"> </w:t>
            </w:r>
            <w:proofErr w:type="spellStart"/>
            <w:r w:rsidRPr="00555986">
              <w:rPr>
                <w:rFonts w:cs="Times New Roman"/>
                <w:b/>
                <w:sz w:val="22"/>
              </w:rPr>
              <w:t>пользователя</w:t>
            </w:r>
            <w:proofErr w:type="spellEnd"/>
            <w:r w:rsidRPr="00555986">
              <w:rPr>
                <w:rFonts w:cs="Times New Roman"/>
                <w:b/>
                <w:sz w:val="22"/>
              </w:rPr>
              <w:t xml:space="preserve"> в </w:t>
            </w:r>
            <w:proofErr w:type="spellStart"/>
            <w:r w:rsidRPr="00555986">
              <w:rPr>
                <w:rFonts w:cs="Times New Roman"/>
                <w:b/>
                <w:sz w:val="22"/>
              </w:rPr>
              <w:t>мессенджерах</w:t>
            </w:r>
            <w:proofErr w:type="spellEnd"/>
          </w:p>
        </w:tc>
        <w:tc>
          <w:tcPr>
            <w:tcW w:w="6237" w:type="dxa"/>
          </w:tcPr>
          <w:p w14:paraId="143AEC76" w14:textId="717BE1E7" w:rsidR="00646FF7" w:rsidRPr="00555986" w:rsidRDefault="00555986" w:rsidP="00224F01">
            <w:pPr>
              <w:rPr>
                <w:rFonts w:cs="Times New Roman"/>
                <w:sz w:val="22"/>
                <w:lang w:val="ru-RU"/>
              </w:rPr>
            </w:pPr>
            <w:r w:rsidRPr="00555986">
              <w:rPr>
                <w:rFonts w:cs="Times New Roman"/>
                <w:sz w:val="22"/>
                <w:lang w:val="ru-RU"/>
              </w:rPr>
              <w:t>Имя пользователя в мессенджерах, социальных сетях – при обращении через указанные каналы связи</w:t>
            </w:r>
          </w:p>
        </w:tc>
      </w:tr>
    </w:tbl>
    <w:p w14:paraId="7087AC9C" w14:textId="77777777" w:rsidR="00646FF7" w:rsidRPr="00555986" w:rsidRDefault="00555986" w:rsidP="00555986">
      <w:pPr>
        <w:spacing w:after="0" w:line="240" w:lineRule="auto"/>
        <w:ind w:firstLine="709"/>
        <w:jc w:val="both"/>
        <w:rPr>
          <w:rFonts w:cs="Times New Roman"/>
          <w:sz w:val="22"/>
          <w:lang w:val="ru-RU"/>
        </w:rPr>
      </w:pPr>
      <w:r w:rsidRPr="00555986">
        <w:rPr>
          <w:rFonts w:cs="Times New Roman"/>
          <w:sz w:val="22"/>
          <w:lang w:val="ru-RU"/>
        </w:rPr>
        <w:t xml:space="preserve">3.2. Оператору не передаются и не обрабатываются данные банковских карт – обработка платежей осуществляется непосредственно платежным сервисом </w:t>
      </w:r>
      <w:proofErr w:type="spellStart"/>
      <w:r w:rsidRPr="00555986">
        <w:rPr>
          <w:rFonts w:cs="Times New Roman"/>
          <w:sz w:val="22"/>
        </w:rPr>
        <w:t>YooKassa</w:t>
      </w:r>
      <w:proofErr w:type="spellEnd"/>
      <w:r w:rsidRPr="00555986">
        <w:rPr>
          <w:rFonts w:cs="Times New Roman"/>
          <w:sz w:val="22"/>
          <w:lang w:val="ru-RU"/>
        </w:rPr>
        <w:t>.</w:t>
      </w:r>
    </w:p>
    <w:p w14:paraId="47E71A77" w14:textId="77777777" w:rsidR="00555986" w:rsidRDefault="00555986" w:rsidP="00555986">
      <w:pPr>
        <w:pStyle w:val="21"/>
        <w:spacing w:before="0" w:after="0" w:line="240" w:lineRule="auto"/>
        <w:ind w:firstLine="709"/>
        <w:jc w:val="both"/>
        <w:rPr>
          <w:rFonts w:cs="Times New Roman"/>
          <w:sz w:val="22"/>
          <w:szCs w:val="22"/>
          <w:lang w:val="ru-RU"/>
        </w:rPr>
      </w:pPr>
    </w:p>
    <w:p w14:paraId="337E0DD9" w14:textId="42A826D9" w:rsidR="00646FF7" w:rsidRPr="00555986" w:rsidRDefault="00555986" w:rsidP="00555986">
      <w:pPr>
        <w:pStyle w:val="21"/>
        <w:spacing w:before="0" w:after="0" w:line="240" w:lineRule="auto"/>
        <w:ind w:firstLine="709"/>
        <w:rPr>
          <w:rFonts w:cs="Times New Roman"/>
          <w:sz w:val="22"/>
          <w:szCs w:val="22"/>
          <w:lang w:val="ru-RU"/>
        </w:rPr>
      </w:pPr>
      <w:r w:rsidRPr="00555986">
        <w:rPr>
          <w:rFonts w:cs="Times New Roman"/>
          <w:sz w:val="22"/>
          <w:szCs w:val="22"/>
          <w:lang w:val="ru-RU"/>
        </w:rPr>
        <w:t>4. ПЕРЕЧЕНЬ ДЕЙСТВИЙ С ПЕРСОНАЛЬНЫМИ ДАННЫМИ</w:t>
      </w:r>
    </w:p>
    <w:p w14:paraId="05E61068" w14:textId="77777777" w:rsidR="00646FF7" w:rsidRPr="00555986" w:rsidRDefault="00555986" w:rsidP="00555986">
      <w:pPr>
        <w:spacing w:after="0" w:line="240" w:lineRule="auto"/>
        <w:ind w:firstLine="709"/>
        <w:jc w:val="both"/>
        <w:rPr>
          <w:rFonts w:cs="Times New Roman"/>
          <w:sz w:val="22"/>
          <w:lang w:val="ru-RU"/>
        </w:rPr>
      </w:pPr>
      <w:r w:rsidRPr="00555986">
        <w:rPr>
          <w:rFonts w:cs="Times New Roman"/>
          <w:sz w:val="22"/>
          <w:lang w:val="ru-RU"/>
        </w:rPr>
        <w:t>4.1. Настоящее согласие предоставляется на совершение с моими персональными данными следующих действий (операций):</w:t>
      </w:r>
    </w:p>
    <w:p w14:paraId="66101FB3" w14:textId="77777777" w:rsidR="00646FF7" w:rsidRPr="00555986" w:rsidRDefault="00555986" w:rsidP="00555986">
      <w:pPr>
        <w:pStyle w:val="a0"/>
        <w:numPr>
          <w:ilvl w:val="0"/>
          <w:numId w:val="10"/>
        </w:numPr>
        <w:spacing w:after="0" w:line="240" w:lineRule="auto"/>
        <w:ind w:left="0" w:firstLine="709"/>
        <w:jc w:val="both"/>
        <w:rPr>
          <w:rFonts w:cs="Times New Roman"/>
          <w:sz w:val="22"/>
        </w:rPr>
      </w:pPr>
      <w:proofErr w:type="spellStart"/>
      <w:r w:rsidRPr="00555986">
        <w:rPr>
          <w:rFonts w:cs="Times New Roman"/>
          <w:sz w:val="22"/>
        </w:rPr>
        <w:t>сбор</w:t>
      </w:r>
      <w:proofErr w:type="spellEnd"/>
      <w:r w:rsidRPr="00555986">
        <w:rPr>
          <w:rFonts w:cs="Times New Roman"/>
          <w:sz w:val="22"/>
        </w:rPr>
        <w:t>;</w:t>
      </w:r>
    </w:p>
    <w:p w14:paraId="139CFF88" w14:textId="77777777" w:rsidR="00646FF7" w:rsidRPr="00555986" w:rsidRDefault="00555986" w:rsidP="00555986">
      <w:pPr>
        <w:pStyle w:val="a0"/>
        <w:numPr>
          <w:ilvl w:val="0"/>
          <w:numId w:val="10"/>
        </w:numPr>
        <w:spacing w:after="0" w:line="240" w:lineRule="auto"/>
        <w:ind w:left="0" w:firstLine="709"/>
        <w:jc w:val="both"/>
        <w:rPr>
          <w:rFonts w:cs="Times New Roman"/>
          <w:sz w:val="22"/>
        </w:rPr>
      </w:pPr>
      <w:proofErr w:type="spellStart"/>
      <w:r w:rsidRPr="00555986">
        <w:rPr>
          <w:rFonts w:cs="Times New Roman"/>
          <w:sz w:val="22"/>
        </w:rPr>
        <w:t>запись</w:t>
      </w:r>
      <w:proofErr w:type="spellEnd"/>
      <w:r w:rsidRPr="00555986">
        <w:rPr>
          <w:rFonts w:cs="Times New Roman"/>
          <w:sz w:val="22"/>
        </w:rPr>
        <w:t>;</w:t>
      </w:r>
    </w:p>
    <w:p w14:paraId="0903AE4B" w14:textId="77777777" w:rsidR="00646FF7" w:rsidRPr="00555986" w:rsidRDefault="00555986" w:rsidP="00555986">
      <w:pPr>
        <w:pStyle w:val="a0"/>
        <w:numPr>
          <w:ilvl w:val="0"/>
          <w:numId w:val="10"/>
        </w:numPr>
        <w:spacing w:after="0" w:line="240" w:lineRule="auto"/>
        <w:ind w:left="0" w:firstLine="709"/>
        <w:jc w:val="both"/>
        <w:rPr>
          <w:rFonts w:cs="Times New Roman"/>
          <w:sz w:val="22"/>
        </w:rPr>
      </w:pPr>
      <w:proofErr w:type="spellStart"/>
      <w:r w:rsidRPr="00555986">
        <w:rPr>
          <w:rFonts w:cs="Times New Roman"/>
          <w:sz w:val="22"/>
        </w:rPr>
        <w:t>систематизация</w:t>
      </w:r>
      <w:proofErr w:type="spellEnd"/>
      <w:r w:rsidRPr="00555986">
        <w:rPr>
          <w:rFonts w:cs="Times New Roman"/>
          <w:sz w:val="22"/>
        </w:rPr>
        <w:t>;</w:t>
      </w:r>
    </w:p>
    <w:p w14:paraId="6D423B53" w14:textId="77777777" w:rsidR="00646FF7" w:rsidRPr="00555986" w:rsidRDefault="00555986" w:rsidP="00555986">
      <w:pPr>
        <w:pStyle w:val="a0"/>
        <w:numPr>
          <w:ilvl w:val="0"/>
          <w:numId w:val="10"/>
        </w:numPr>
        <w:spacing w:after="0" w:line="240" w:lineRule="auto"/>
        <w:ind w:left="0" w:firstLine="709"/>
        <w:jc w:val="both"/>
        <w:rPr>
          <w:rFonts w:cs="Times New Roman"/>
          <w:sz w:val="22"/>
        </w:rPr>
      </w:pPr>
      <w:proofErr w:type="spellStart"/>
      <w:r w:rsidRPr="00555986">
        <w:rPr>
          <w:rFonts w:cs="Times New Roman"/>
          <w:sz w:val="22"/>
        </w:rPr>
        <w:t>накопление</w:t>
      </w:r>
      <w:proofErr w:type="spellEnd"/>
      <w:r w:rsidRPr="00555986">
        <w:rPr>
          <w:rFonts w:cs="Times New Roman"/>
          <w:sz w:val="22"/>
        </w:rPr>
        <w:t>;</w:t>
      </w:r>
    </w:p>
    <w:p w14:paraId="20EAD551" w14:textId="77777777" w:rsidR="00646FF7" w:rsidRPr="00555986" w:rsidRDefault="00555986" w:rsidP="00555986">
      <w:pPr>
        <w:pStyle w:val="a0"/>
        <w:numPr>
          <w:ilvl w:val="0"/>
          <w:numId w:val="10"/>
        </w:numPr>
        <w:spacing w:after="0" w:line="240" w:lineRule="auto"/>
        <w:ind w:left="0" w:firstLine="709"/>
        <w:jc w:val="both"/>
        <w:rPr>
          <w:rFonts w:cs="Times New Roman"/>
          <w:sz w:val="22"/>
          <w:lang w:val="ru-RU"/>
        </w:rPr>
      </w:pPr>
      <w:r w:rsidRPr="00555986">
        <w:rPr>
          <w:rFonts w:cs="Times New Roman"/>
          <w:sz w:val="22"/>
          <w:lang w:val="ru-RU"/>
        </w:rPr>
        <w:t>хранение (в электронном виде в базах данных на серверах, расположенных на территории Российской Федерации);</w:t>
      </w:r>
    </w:p>
    <w:p w14:paraId="6C064922" w14:textId="77777777" w:rsidR="00646FF7" w:rsidRPr="00555986" w:rsidRDefault="00555986" w:rsidP="00555986">
      <w:pPr>
        <w:pStyle w:val="a0"/>
        <w:numPr>
          <w:ilvl w:val="0"/>
          <w:numId w:val="10"/>
        </w:numPr>
        <w:spacing w:after="0" w:line="240" w:lineRule="auto"/>
        <w:ind w:left="0" w:firstLine="709"/>
        <w:jc w:val="both"/>
        <w:rPr>
          <w:rFonts w:cs="Times New Roman"/>
          <w:sz w:val="22"/>
        </w:rPr>
      </w:pPr>
      <w:proofErr w:type="spellStart"/>
      <w:r w:rsidRPr="00555986">
        <w:rPr>
          <w:rFonts w:cs="Times New Roman"/>
          <w:sz w:val="22"/>
        </w:rPr>
        <w:t>уточнение</w:t>
      </w:r>
      <w:proofErr w:type="spellEnd"/>
      <w:r w:rsidRPr="00555986">
        <w:rPr>
          <w:rFonts w:cs="Times New Roman"/>
          <w:sz w:val="22"/>
        </w:rPr>
        <w:t xml:space="preserve"> (</w:t>
      </w:r>
      <w:proofErr w:type="spellStart"/>
      <w:r w:rsidRPr="00555986">
        <w:rPr>
          <w:rFonts w:cs="Times New Roman"/>
          <w:sz w:val="22"/>
        </w:rPr>
        <w:t>обновление</w:t>
      </w:r>
      <w:proofErr w:type="spellEnd"/>
      <w:r w:rsidRPr="00555986">
        <w:rPr>
          <w:rFonts w:cs="Times New Roman"/>
          <w:sz w:val="22"/>
        </w:rPr>
        <w:t xml:space="preserve">, </w:t>
      </w:r>
      <w:proofErr w:type="spellStart"/>
      <w:r w:rsidRPr="00555986">
        <w:rPr>
          <w:rFonts w:cs="Times New Roman"/>
          <w:sz w:val="22"/>
        </w:rPr>
        <w:t>изменение</w:t>
      </w:r>
      <w:proofErr w:type="spellEnd"/>
      <w:r w:rsidRPr="00555986">
        <w:rPr>
          <w:rFonts w:cs="Times New Roman"/>
          <w:sz w:val="22"/>
        </w:rPr>
        <w:t>);</w:t>
      </w:r>
    </w:p>
    <w:p w14:paraId="48308CD8" w14:textId="77777777" w:rsidR="00646FF7" w:rsidRPr="00555986" w:rsidRDefault="00555986" w:rsidP="00555986">
      <w:pPr>
        <w:pStyle w:val="a0"/>
        <w:numPr>
          <w:ilvl w:val="0"/>
          <w:numId w:val="10"/>
        </w:numPr>
        <w:spacing w:after="0" w:line="240" w:lineRule="auto"/>
        <w:ind w:left="0" w:firstLine="709"/>
        <w:jc w:val="both"/>
        <w:rPr>
          <w:rFonts w:cs="Times New Roman"/>
          <w:sz w:val="22"/>
        </w:rPr>
      </w:pPr>
      <w:proofErr w:type="spellStart"/>
      <w:r w:rsidRPr="00555986">
        <w:rPr>
          <w:rFonts w:cs="Times New Roman"/>
          <w:sz w:val="22"/>
        </w:rPr>
        <w:t>извлечение</w:t>
      </w:r>
      <w:proofErr w:type="spellEnd"/>
      <w:r w:rsidRPr="00555986">
        <w:rPr>
          <w:rFonts w:cs="Times New Roman"/>
          <w:sz w:val="22"/>
        </w:rPr>
        <w:t>;</w:t>
      </w:r>
    </w:p>
    <w:p w14:paraId="09981F1A" w14:textId="77777777" w:rsidR="00646FF7" w:rsidRPr="00555986" w:rsidRDefault="00555986" w:rsidP="00555986">
      <w:pPr>
        <w:pStyle w:val="a0"/>
        <w:numPr>
          <w:ilvl w:val="0"/>
          <w:numId w:val="10"/>
        </w:numPr>
        <w:spacing w:after="0" w:line="240" w:lineRule="auto"/>
        <w:ind w:left="0" w:firstLine="709"/>
        <w:jc w:val="both"/>
        <w:rPr>
          <w:rFonts w:cs="Times New Roman"/>
          <w:sz w:val="22"/>
        </w:rPr>
      </w:pPr>
      <w:proofErr w:type="spellStart"/>
      <w:r w:rsidRPr="00555986">
        <w:rPr>
          <w:rFonts w:cs="Times New Roman"/>
          <w:sz w:val="22"/>
        </w:rPr>
        <w:t>использование</w:t>
      </w:r>
      <w:proofErr w:type="spellEnd"/>
      <w:r w:rsidRPr="00555986">
        <w:rPr>
          <w:rFonts w:cs="Times New Roman"/>
          <w:sz w:val="22"/>
        </w:rPr>
        <w:t>;</w:t>
      </w:r>
    </w:p>
    <w:p w14:paraId="2BEDD9C0" w14:textId="77777777" w:rsidR="00646FF7" w:rsidRPr="00555986" w:rsidRDefault="00555986" w:rsidP="00555986">
      <w:pPr>
        <w:pStyle w:val="a0"/>
        <w:numPr>
          <w:ilvl w:val="0"/>
          <w:numId w:val="10"/>
        </w:numPr>
        <w:spacing w:after="0" w:line="240" w:lineRule="auto"/>
        <w:ind w:left="0" w:firstLine="709"/>
        <w:jc w:val="both"/>
        <w:rPr>
          <w:rFonts w:cs="Times New Roman"/>
          <w:sz w:val="22"/>
          <w:lang w:val="ru-RU"/>
        </w:rPr>
      </w:pPr>
      <w:r w:rsidRPr="00555986">
        <w:rPr>
          <w:rFonts w:cs="Times New Roman"/>
          <w:sz w:val="22"/>
          <w:lang w:val="ru-RU"/>
        </w:rPr>
        <w:t>передача (предоставление, доступ) третьим лицам в случаях, указанных в разделе 5 настоящего Согласия;</w:t>
      </w:r>
    </w:p>
    <w:p w14:paraId="5EC76228" w14:textId="77777777" w:rsidR="00646FF7" w:rsidRPr="00555986" w:rsidRDefault="00555986" w:rsidP="00555986">
      <w:pPr>
        <w:pStyle w:val="a0"/>
        <w:numPr>
          <w:ilvl w:val="0"/>
          <w:numId w:val="10"/>
        </w:numPr>
        <w:spacing w:after="0" w:line="240" w:lineRule="auto"/>
        <w:ind w:left="0" w:firstLine="709"/>
        <w:jc w:val="both"/>
        <w:rPr>
          <w:rFonts w:cs="Times New Roman"/>
          <w:sz w:val="22"/>
          <w:lang w:val="ru-RU"/>
        </w:rPr>
      </w:pPr>
      <w:r w:rsidRPr="00555986">
        <w:rPr>
          <w:rFonts w:cs="Times New Roman"/>
          <w:sz w:val="22"/>
          <w:lang w:val="ru-RU"/>
        </w:rPr>
        <w:t>обезличивание (с возможностью последующего использования обезличенных данных в статистических и исследовательских целях без ограничений);</w:t>
      </w:r>
    </w:p>
    <w:p w14:paraId="220D7658" w14:textId="77777777" w:rsidR="00646FF7" w:rsidRPr="00555986" w:rsidRDefault="00555986" w:rsidP="00555986">
      <w:pPr>
        <w:pStyle w:val="a0"/>
        <w:numPr>
          <w:ilvl w:val="0"/>
          <w:numId w:val="10"/>
        </w:numPr>
        <w:spacing w:after="0" w:line="240" w:lineRule="auto"/>
        <w:ind w:left="0" w:firstLine="709"/>
        <w:jc w:val="both"/>
        <w:rPr>
          <w:rFonts w:cs="Times New Roman"/>
          <w:sz w:val="22"/>
        </w:rPr>
      </w:pPr>
      <w:proofErr w:type="spellStart"/>
      <w:r w:rsidRPr="00555986">
        <w:rPr>
          <w:rFonts w:cs="Times New Roman"/>
          <w:sz w:val="22"/>
        </w:rPr>
        <w:t>блокирование</w:t>
      </w:r>
      <w:proofErr w:type="spellEnd"/>
      <w:r w:rsidRPr="00555986">
        <w:rPr>
          <w:rFonts w:cs="Times New Roman"/>
          <w:sz w:val="22"/>
        </w:rPr>
        <w:t>;</w:t>
      </w:r>
    </w:p>
    <w:p w14:paraId="7981D153" w14:textId="77777777" w:rsidR="00646FF7" w:rsidRPr="00555986" w:rsidRDefault="00555986" w:rsidP="00555986">
      <w:pPr>
        <w:pStyle w:val="a0"/>
        <w:numPr>
          <w:ilvl w:val="0"/>
          <w:numId w:val="10"/>
        </w:numPr>
        <w:spacing w:after="0" w:line="240" w:lineRule="auto"/>
        <w:ind w:left="0" w:firstLine="709"/>
        <w:jc w:val="both"/>
        <w:rPr>
          <w:rFonts w:cs="Times New Roman"/>
          <w:sz w:val="22"/>
        </w:rPr>
      </w:pPr>
      <w:proofErr w:type="spellStart"/>
      <w:r w:rsidRPr="00555986">
        <w:rPr>
          <w:rFonts w:cs="Times New Roman"/>
          <w:sz w:val="22"/>
        </w:rPr>
        <w:t>удаление</w:t>
      </w:r>
      <w:proofErr w:type="spellEnd"/>
      <w:r w:rsidRPr="00555986">
        <w:rPr>
          <w:rFonts w:cs="Times New Roman"/>
          <w:sz w:val="22"/>
        </w:rPr>
        <w:t>;</w:t>
      </w:r>
    </w:p>
    <w:p w14:paraId="044868AC" w14:textId="77777777" w:rsidR="00646FF7" w:rsidRPr="00555986" w:rsidRDefault="00555986" w:rsidP="00555986">
      <w:pPr>
        <w:pStyle w:val="a0"/>
        <w:numPr>
          <w:ilvl w:val="0"/>
          <w:numId w:val="10"/>
        </w:numPr>
        <w:spacing w:after="0" w:line="240" w:lineRule="auto"/>
        <w:ind w:left="0" w:firstLine="709"/>
        <w:jc w:val="both"/>
        <w:rPr>
          <w:rFonts w:cs="Times New Roman"/>
          <w:sz w:val="22"/>
        </w:rPr>
      </w:pPr>
      <w:proofErr w:type="spellStart"/>
      <w:r w:rsidRPr="00555986">
        <w:rPr>
          <w:rFonts w:cs="Times New Roman"/>
          <w:sz w:val="22"/>
        </w:rPr>
        <w:t>уничтожение</w:t>
      </w:r>
      <w:proofErr w:type="spellEnd"/>
      <w:r w:rsidRPr="00555986">
        <w:rPr>
          <w:rFonts w:cs="Times New Roman"/>
          <w:sz w:val="22"/>
        </w:rPr>
        <w:t>.</w:t>
      </w:r>
    </w:p>
    <w:p w14:paraId="68E44A5A" w14:textId="77777777" w:rsidR="00646FF7" w:rsidRPr="00555986" w:rsidRDefault="00555986" w:rsidP="00555986">
      <w:pPr>
        <w:spacing w:after="0" w:line="240" w:lineRule="auto"/>
        <w:ind w:firstLine="709"/>
        <w:jc w:val="both"/>
        <w:rPr>
          <w:rFonts w:cs="Times New Roman"/>
          <w:sz w:val="22"/>
          <w:lang w:val="ru-RU"/>
        </w:rPr>
      </w:pPr>
      <w:r w:rsidRPr="00555986">
        <w:rPr>
          <w:rFonts w:cs="Times New Roman"/>
          <w:sz w:val="22"/>
          <w:lang w:val="ru-RU"/>
        </w:rPr>
        <w:t xml:space="preserve">4.2. Указанные действия осуществляются как с использованием средств автоматизации (в том числе с использованием </w:t>
      </w:r>
      <w:r w:rsidRPr="00555986">
        <w:rPr>
          <w:rFonts w:cs="Times New Roman"/>
          <w:sz w:val="22"/>
        </w:rPr>
        <w:t>CRM</w:t>
      </w:r>
      <w:r w:rsidRPr="00555986">
        <w:rPr>
          <w:rFonts w:cs="Times New Roman"/>
          <w:sz w:val="22"/>
          <w:lang w:val="ru-RU"/>
        </w:rPr>
        <w:t>-систем, платежных сервисов, сервисов веб-аналитики), так и без использования средств автоматизации (при оформлении заказов по телефону, при личном визите в торговую точку).</w:t>
      </w:r>
    </w:p>
    <w:p w14:paraId="79CF187D" w14:textId="77777777" w:rsidR="00555986" w:rsidRDefault="00555986" w:rsidP="00555986">
      <w:pPr>
        <w:pStyle w:val="21"/>
        <w:spacing w:before="0" w:after="0" w:line="240" w:lineRule="auto"/>
        <w:ind w:firstLine="709"/>
        <w:jc w:val="both"/>
        <w:rPr>
          <w:rFonts w:cs="Times New Roman"/>
          <w:sz w:val="22"/>
          <w:szCs w:val="22"/>
          <w:lang w:val="ru-RU"/>
        </w:rPr>
      </w:pPr>
    </w:p>
    <w:p w14:paraId="791748C6" w14:textId="07EF1396" w:rsidR="00646FF7" w:rsidRPr="00555986" w:rsidRDefault="00555986" w:rsidP="00555986">
      <w:pPr>
        <w:pStyle w:val="21"/>
        <w:spacing w:before="0" w:after="0" w:line="240" w:lineRule="auto"/>
        <w:ind w:firstLine="709"/>
        <w:rPr>
          <w:rFonts w:cs="Times New Roman"/>
          <w:sz w:val="22"/>
          <w:szCs w:val="22"/>
          <w:lang w:val="ru-RU"/>
        </w:rPr>
      </w:pPr>
      <w:r w:rsidRPr="00555986">
        <w:rPr>
          <w:rFonts w:cs="Times New Roman"/>
          <w:sz w:val="22"/>
          <w:szCs w:val="22"/>
          <w:lang w:val="ru-RU"/>
        </w:rPr>
        <w:t>5. ПЕРЕДАЧА ПЕРСОНАЛЬНЫХ ДАННЫХ ТРЕТЬИМ ЛИЦАМ</w:t>
      </w:r>
    </w:p>
    <w:p w14:paraId="0D4FCC1E" w14:textId="77777777" w:rsidR="00646FF7" w:rsidRPr="00555986" w:rsidRDefault="00555986" w:rsidP="00555986">
      <w:pPr>
        <w:spacing w:after="0" w:line="240" w:lineRule="auto"/>
        <w:ind w:firstLine="709"/>
        <w:jc w:val="both"/>
        <w:rPr>
          <w:rFonts w:cs="Times New Roman"/>
          <w:sz w:val="22"/>
          <w:lang w:val="ru-RU"/>
        </w:rPr>
      </w:pPr>
      <w:r w:rsidRPr="00555986">
        <w:rPr>
          <w:rFonts w:cs="Times New Roman"/>
          <w:sz w:val="22"/>
          <w:lang w:val="ru-RU"/>
        </w:rPr>
        <w:t>5.1. Настоящим я подтверждаю свое согласие на передачу моих персональных данных следующим третьим лицам для достижения указанных в разделе 2 настоящего Согласия целей:</w:t>
      </w:r>
    </w:p>
    <w:tbl>
      <w:tblPr>
        <w:tblStyle w:val="aff0"/>
        <w:tblW w:w="0" w:type="auto"/>
        <w:jc w:val="center"/>
        <w:tblLayout w:type="fixed"/>
        <w:tblLook w:val="04A0" w:firstRow="1" w:lastRow="0" w:firstColumn="1" w:lastColumn="0" w:noHBand="0" w:noVBand="1"/>
      </w:tblPr>
      <w:tblGrid>
        <w:gridCol w:w="3194"/>
        <w:gridCol w:w="3118"/>
        <w:gridCol w:w="4140"/>
      </w:tblGrid>
      <w:tr w:rsidR="00646FF7" w:rsidRPr="00555986" w14:paraId="1CE027FA" w14:textId="77777777" w:rsidTr="00CE0EBD">
        <w:trPr>
          <w:jc w:val="center"/>
        </w:trPr>
        <w:tc>
          <w:tcPr>
            <w:tcW w:w="3194" w:type="dxa"/>
          </w:tcPr>
          <w:p w14:paraId="49565BDC" w14:textId="77777777" w:rsidR="00646FF7" w:rsidRPr="00555986" w:rsidRDefault="00555986" w:rsidP="00555986">
            <w:pPr>
              <w:rPr>
                <w:rFonts w:cs="Times New Roman"/>
                <w:sz w:val="22"/>
              </w:rPr>
            </w:pPr>
            <w:proofErr w:type="spellStart"/>
            <w:r w:rsidRPr="00555986">
              <w:rPr>
                <w:rFonts w:cs="Times New Roman"/>
                <w:b/>
                <w:sz w:val="22"/>
              </w:rPr>
              <w:t>Цель</w:t>
            </w:r>
            <w:proofErr w:type="spellEnd"/>
            <w:r w:rsidRPr="00555986">
              <w:rPr>
                <w:rFonts w:cs="Times New Roman"/>
                <w:b/>
                <w:sz w:val="22"/>
              </w:rPr>
              <w:t xml:space="preserve"> </w:t>
            </w:r>
            <w:proofErr w:type="spellStart"/>
            <w:r w:rsidRPr="00555986">
              <w:rPr>
                <w:rFonts w:cs="Times New Roman"/>
                <w:b/>
                <w:sz w:val="22"/>
              </w:rPr>
              <w:t>передачи</w:t>
            </w:r>
            <w:proofErr w:type="spellEnd"/>
          </w:p>
        </w:tc>
        <w:tc>
          <w:tcPr>
            <w:tcW w:w="3118" w:type="dxa"/>
          </w:tcPr>
          <w:p w14:paraId="110EF345" w14:textId="77777777" w:rsidR="00646FF7" w:rsidRPr="00555986" w:rsidRDefault="00555986" w:rsidP="00555986">
            <w:pPr>
              <w:rPr>
                <w:rFonts w:cs="Times New Roman"/>
                <w:sz w:val="22"/>
              </w:rPr>
            </w:pPr>
            <w:proofErr w:type="spellStart"/>
            <w:r w:rsidRPr="00555986">
              <w:rPr>
                <w:rFonts w:cs="Times New Roman"/>
                <w:b/>
                <w:sz w:val="22"/>
              </w:rPr>
              <w:t>Третье</w:t>
            </w:r>
            <w:proofErr w:type="spellEnd"/>
            <w:r w:rsidRPr="00555986">
              <w:rPr>
                <w:rFonts w:cs="Times New Roman"/>
                <w:b/>
                <w:sz w:val="22"/>
              </w:rPr>
              <w:t xml:space="preserve"> </w:t>
            </w:r>
            <w:proofErr w:type="spellStart"/>
            <w:r w:rsidRPr="00555986">
              <w:rPr>
                <w:rFonts w:cs="Times New Roman"/>
                <w:b/>
                <w:sz w:val="22"/>
              </w:rPr>
              <w:t>лицо</w:t>
            </w:r>
            <w:proofErr w:type="spellEnd"/>
          </w:p>
        </w:tc>
        <w:tc>
          <w:tcPr>
            <w:tcW w:w="4140" w:type="dxa"/>
          </w:tcPr>
          <w:p w14:paraId="05976A92" w14:textId="77777777" w:rsidR="00646FF7" w:rsidRPr="00555986" w:rsidRDefault="00555986" w:rsidP="00555986">
            <w:pPr>
              <w:rPr>
                <w:rFonts w:cs="Times New Roman"/>
                <w:sz w:val="22"/>
              </w:rPr>
            </w:pPr>
            <w:proofErr w:type="spellStart"/>
            <w:r w:rsidRPr="00555986">
              <w:rPr>
                <w:rFonts w:cs="Times New Roman"/>
                <w:b/>
                <w:sz w:val="22"/>
              </w:rPr>
              <w:t>Передаваемые</w:t>
            </w:r>
            <w:proofErr w:type="spellEnd"/>
            <w:r w:rsidRPr="00555986">
              <w:rPr>
                <w:rFonts w:cs="Times New Roman"/>
                <w:b/>
                <w:sz w:val="22"/>
              </w:rPr>
              <w:t xml:space="preserve"> </w:t>
            </w:r>
            <w:proofErr w:type="spellStart"/>
            <w:r w:rsidRPr="00555986">
              <w:rPr>
                <w:rFonts w:cs="Times New Roman"/>
                <w:b/>
                <w:sz w:val="22"/>
              </w:rPr>
              <w:t>данные</w:t>
            </w:r>
            <w:proofErr w:type="spellEnd"/>
          </w:p>
        </w:tc>
      </w:tr>
      <w:tr w:rsidR="00646FF7" w:rsidRPr="00555986" w14:paraId="5739D170" w14:textId="77777777" w:rsidTr="00CE0EBD">
        <w:trPr>
          <w:jc w:val="center"/>
        </w:trPr>
        <w:tc>
          <w:tcPr>
            <w:tcW w:w="3194" w:type="dxa"/>
          </w:tcPr>
          <w:p w14:paraId="5E6A597E" w14:textId="77777777" w:rsidR="00646FF7" w:rsidRPr="00555986" w:rsidRDefault="00555986" w:rsidP="00555986">
            <w:pPr>
              <w:rPr>
                <w:rFonts w:cs="Times New Roman"/>
                <w:sz w:val="22"/>
              </w:rPr>
            </w:pPr>
            <w:proofErr w:type="spellStart"/>
            <w:r w:rsidRPr="00555986">
              <w:rPr>
                <w:rFonts w:cs="Times New Roman"/>
                <w:b/>
                <w:sz w:val="22"/>
              </w:rPr>
              <w:t>Обработка</w:t>
            </w:r>
            <w:proofErr w:type="spellEnd"/>
            <w:r w:rsidRPr="00555986">
              <w:rPr>
                <w:rFonts w:cs="Times New Roman"/>
                <w:b/>
                <w:sz w:val="22"/>
              </w:rPr>
              <w:t xml:space="preserve"> </w:t>
            </w:r>
            <w:proofErr w:type="spellStart"/>
            <w:r w:rsidRPr="00555986">
              <w:rPr>
                <w:rFonts w:cs="Times New Roman"/>
                <w:b/>
                <w:sz w:val="22"/>
              </w:rPr>
              <w:t>платежей</w:t>
            </w:r>
            <w:proofErr w:type="spellEnd"/>
            <w:r w:rsidRPr="00555986">
              <w:rPr>
                <w:rFonts w:cs="Times New Roman"/>
                <w:b/>
                <w:sz w:val="22"/>
              </w:rPr>
              <w:t xml:space="preserve"> (</w:t>
            </w:r>
            <w:proofErr w:type="spellStart"/>
            <w:r w:rsidRPr="00555986">
              <w:rPr>
                <w:rFonts w:cs="Times New Roman"/>
                <w:b/>
                <w:sz w:val="22"/>
              </w:rPr>
              <w:t>эквайринг</w:t>
            </w:r>
            <w:proofErr w:type="spellEnd"/>
            <w:r w:rsidRPr="00555986">
              <w:rPr>
                <w:rFonts w:cs="Times New Roman"/>
                <w:b/>
                <w:sz w:val="22"/>
              </w:rPr>
              <w:t>)</w:t>
            </w:r>
          </w:p>
        </w:tc>
        <w:tc>
          <w:tcPr>
            <w:tcW w:w="3118" w:type="dxa"/>
          </w:tcPr>
          <w:p w14:paraId="30F80F0A" w14:textId="77777777" w:rsidR="00646FF7" w:rsidRPr="00555986" w:rsidRDefault="00555986" w:rsidP="00555986">
            <w:pPr>
              <w:rPr>
                <w:rFonts w:cs="Times New Roman"/>
                <w:sz w:val="22"/>
              </w:rPr>
            </w:pPr>
            <w:proofErr w:type="spellStart"/>
            <w:r w:rsidRPr="00555986">
              <w:rPr>
                <w:rFonts w:cs="Times New Roman"/>
                <w:b/>
                <w:sz w:val="22"/>
              </w:rPr>
              <w:t>YooKassa</w:t>
            </w:r>
            <w:proofErr w:type="spellEnd"/>
            <w:r w:rsidRPr="00555986">
              <w:rPr>
                <w:rFonts w:cs="Times New Roman"/>
                <w:sz w:val="22"/>
              </w:rPr>
              <w:t xml:space="preserve"> (ООО «</w:t>
            </w:r>
            <w:proofErr w:type="spellStart"/>
            <w:r w:rsidRPr="00555986">
              <w:rPr>
                <w:rFonts w:cs="Times New Roman"/>
                <w:sz w:val="22"/>
              </w:rPr>
              <w:t>ЮKassa</w:t>
            </w:r>
            <w:proofErr w:type="spellEnd"/>
            <w:r w:rsidRPr="00555986">
              <w:rPr>
                <w:rFonts w:cs="Times New Roman"/>
                <w:sz w:val="22"/>
              </w:rPr>
              <w:t>», ИНН 7705269927)</w:t>
            </w:r>
          </w:p>
        </w:tc>
        <w:tc>
          <w:tcPr>
            <w:tcW w:w="4140" w:type="dxa"/>
          </w:tcPr>
          <w:p w14:paraId="3765CB6C" w14:textId="77777777" w:rsidR="00646FF7" w:rsidRPr="00555986" w:rsidRDefault="00555986" w:rsidP="00555986">
            <w:pPr>
              <w:rPr>
                <w:rFonts w:cs="Times New Roman"/>
                <w:sz w:val="22"/>
              </w:rPr>
            </w:pPr>
            <w:r w:rsidRPr="00555986">
              <w:rPr>
                <w:rFonts w:cs="Times New Roman"/>
                <w:sz w:val="22"/>
              </w:rPr>
              <w:t>ID</w:t>
            </w:r>
            <w:r w:rsidRPr="00555986">
              <w:rPr>
                <w:rFonts w:cs="Times New Roman"/>
                <w:sz w:val="22"/>
                <w:lang w:val="ru-RU"/>
              </w:rPr>
              <w:t xml:space="preserve"> транзакции, статус оплаты, дата оплаты, адрес электронной почты. </w:t>
            </w:r>
            <w:proofErr w:type="spellStart"/>
            <w:r w:rsidRPr="00555986">
              <w:rPr>
                <w:rFonts w:cs="Times New Roman"/>
                <w:sz w:val="22"/>
              </w:rPr>
              <w:t>Данные</w:t>
            </w:r>
            <w:proofErr w:type="spellEnd"/>
            <w:r w:rsidRPr="00555986">
              <w:rPr>
                <w:rFonts w:cs="Times New Roman"/>
                <w:sz w:val="22"/>
              </w:rPr>
              <w:t xml:space="preserve"> </w:t>
            </w:r>
            <w:proofErr w:type="spellStart"/>
            <w:r w:rsidRPr="00555986">
              <w:rPr>
                <w:rFonts w:cs="Times New Roman"/>
                <w:sz w:val="22"/>
              </w:rPr>
              <w:t>банковской</w:t>
            </w:r>
            <w:proofErr w:type="spellEnd"/>
            <w:r w:rsidRPr="00555986">
              <w:rPr>
                <w:rFonts w:cs="Times New Roman"/>
                <w:sz w:val="22"/>
              </w:rPr>
              <w:t xml:space="preserve"> </w:t>
            </w:r>
            <w:proofErr w:type="spellStart"/>
            <w:r w:rsidRPr="00555986">
              <w:rPr>
                <w:rFonts w:cs="Times New Roman"/>
                <w:sz w:val="22"/>
              </w:rPr>
              <w:t>карты</w:t>
            </w:r>
            <w:proofErr w:type="spellEnd"/>
            <w:r w:rsidRPr="00555986">
              <w:rPr>
                <w:rFonts w:cs="Times New Roman"/>
                <w:sz w:val="22"/>
              </w:rPr>
              <w:t xml:space="preserve"> </w:t>
            </w:r>
            <w:proofErr w:type="spellStart"/>
            <w:r w:rsidRPr="00555986">
              <w:rPr>
                <w:rFonts w:cs="Times New Roman"/>
                <w:sz w:val="22"/>
              </w:rPr>
              <w:t>Оператору</w:t>
            </w:r>
            <w:proofErr w:type="spellEnd"/>
            <w:r w:rsidRPr="00555986">
              <w:rPr>
                <w:rFonts w:cs="Times New Roman"/>
                <w:sz w:val="22"/>
              </w:rPr>
              <w:t xml:space="preserve"> </w:t>
            </w:r>
            <w:proofErr w:type="spellStart"/>
            <w:r w:rsidRPr="00555986">
              <w:rPr>
                <w:rFonts w:cs="Times New Roman"/>
                <w:sz w:val="22"/>
              </w:rPr>
              <w:t>не</w:t>
            </w:r>
            <w:proofErr w:type="spellEnd"/>
            <w:r w:rsidRPr="00555986">
              <w:rPr>
                <w:rFonts w:cs="Times New Roman"/>
                <w:sz w:val="22"/>
              </w:rPr>
              <w:t xml:space="preserve"> </w:t>
            </w:r>
            <w:proofErr w:type="spellStart"/>
            <w:r w:rsidRPr="00555986">
              <w:rPr>
                <w:rFonts w:cs="Times New Roman"/>
                <w:sz w:val="22"/>
              </w:rPr>
              <w:t>передаются</w:t>
            </w:r>
            <w:proofErr w:type="spellEnd"/>
          </w:p>
        </w:tc>
      </w:tr>
      <w:tr w:rsidR="00646FF7" w:rsidRPr="00CE0EBD" w14:paraId="26697469" w14:textId="77777777" w:rsidTr="00CE0EBD">
        <w:trPr>
          <w:jc w:val="center"/>
        </w:trPr>
        <w:tc>
          <w:tcPr>
            <w:tcW w:w="3194" w:type="dxa"/>
          </w:tcPr>
          <w:p w14:paraId="6024A268" w14:textId="77777777" w:rsidR="00646FF7" w:rsidRPr="00555986" w:rsidRDefault="00555986" w:rsidP="00555986">
            <w:pPr>
              <w:rPr>
                <w:rFonts w:cs="Times New Roman"/>
                <w:sz w:val="22"/>
                <w:lang w:val="ru-RU"/>
              </w:rPr>
            </w:pPr>
            <w:r w:rsidRPr="00555986">
              <w:rPr>
                <w:rFonts w:cs="Times New Roman"/>
                <w:b/>
                <w:sz w:val="22"/>
                <w:lang w:val="ru-RU"/>
              </w:rPr>
              <w:t>Доставка заказов (при привлечении сторонней службы доставки)</w:t>
            </w:r>
          </w:p>
        </w:tc>
        <w:tc>
          <w:tcPr>
            <w:tcW w:w="3118" w:type="dxa"/>
          </w:tcPr>
          <w:p w14:paraId="78775F1F" w14:textId="77777777" w:rsidR="00646FF7" w:rsidRPr="00555986" w:rsidRDefault="00555986" w:rsidP="00555986">
            <w:pPr>
              <w:rPr>
                <w:rFonts w:cs="Times New Roman"/>
                <w:sz w:val="22"/>
              </w:rPr>
            </w:pPr>
            <w:proofErr w:type="spellStart"/>
            <w:r w:rsidRPr="00555986">
              <w:rPr>
                <w:rFonts w:cs="Times New Roman"/>
                <w:sz w:val="22"/>
              </w:rPr>
              <w:t>Служба</w:t>
            </w:r>
            <w:proofErr w:type="spellEnd"/>
            <w:r w:rsidRPr="00555986">
              <w:rPr>
                <w:rFonts w:cs="Times New Roman"/>
                <w:sz w:val="22"/>
              </w:rPr>
              <w:t xml:space="preserve"> </w:t>
            </w:r>
            <w:proofErr w:type="spellStart"/>
            <w:r w:rsidRPr="00555986">
              <w:rPr>
                <w:rFonts w:cs="Times New Roman"/>
                <w:sz w:val="22"/>
              </w:rPr>
              <w:t>доставки</w:t>
            </w:r>
            <w:proofErr w:type="spellEnd"/>
          </w:p>
        </w:tc>
        <w:tc>
          <w:tcPr>
            <w:tcW w:w="4140" w:type="dxa"/>
          </w:tcPr>
          <w:p w14:paraId="16892552" w14:textId="77777777" w:rsidR="00646FF7" w:rsidRPr="00555986" w:rsidRDefault="00555986" w:rsidP="00555986">
            <w:pPr>
              <w:rPr>
                <w:rFonts w:cs="Times New Roman"/>
                <w:sz w:val="22"/>
                <w:lang w:val="ru-RU"/>
              </w:rPr>
            </w:pPr>
            <w:r w:rsidRPr="00555986">
              <w:rPr>
                <w:rFonts w:cs="Times New Roman"/>
                <w:sz w:val="22"/>
                <w:lang w:val="ru-RU"/>
              </w:rPr>
              <w:t>ФИО Покупателя, адрес доставки, номер контактного телефона, номер заказа, состав заказа (наименование товара, количество)</w:t>
            </w:r>
          </w:p>
        </w:tc>
      </w:tr>
      <w:tr w:rsidR="00646FF7" w:rsidRPr="00CE0EBD" w14:paraId="51C9AC78" w14:textId="77777777" w:rsidTr="00CE0EBD">
        <w:trPr>
          <w:jc w:val="center"/>
        </w:trPr>
        <w:tc>
          <w:tcPr>
            <w:tcW w:w="3194" w:type="dxa"/>
          </w:tcPr>
          <w:p w14:paraId="36A3ADC5" w14:textId="77777777" w:rsidR="00646FF7" w:rsidRPr="00555986" w:rsidRDefault="00555986" w:rsidP="00555986">
            <w:pPr>
              <w:rPr>
                <w:rFonts w:cs="Times New Roman"/>
                <w:sz w:val="22"/>
              </w:rPr>
            </w:pPr>
            <w:proofErr w:type="spellStart"/>
            <w:r w:rsidRPr="00555986">
              <w:rPr>
                <w:rFonts w:cs="Times New Roman"/>
                <w:b/>
                <w:sz w:val="22"/>
              </w:rPr>
              <w:t>Хостинг</w:t>
            </w:r>
            <w:proofErr w:type="spellEnd"/>
            <w:r w:rsidRPr="00555986">
              <w:rPr>
                <w:rFonts w:cs="Times New Roman"/>
                <w:b/>
                <w:sz w:val="22"/>
              </w:rPr>
              <w:t xml:space="preserve"> и </w:t>
            </w:r>
            <w:proofErr w:type="spellStart"/>
            <w:r w:rsidRPr="00555986">
              <w:rPr>
                <w:rFonts w:cs="Times New Roman"/>
                <w:b/>
                <w:sz w:val="22"/>
              </w:rPr>
              <w:t>серверная</w:t>
            </w:r>
            <w:proofErr w:type="spellEnd"/>
            <w:r w:rsidRPr="00555986">
              <w:rPr>
                <w:rFonts w:cs="Times New Roman"/>
                <w:b/>
                <w:sz w:val="22"/>
              </w:rPr>
              <w:t xml:space="preserve"> </w:t>
            </w:r>
            <w:proofErr w:type="spellStart"/>
            <w:r w:rsidRPr="00555986">
              <w:rPr>
                <w:rFonts w:cs="Times New Roman"/>
                <w:b/>
                <w:sz w:val="22"/>
              </w:rPr>
              <w:t>инфраструктура</w:t>
            </w:r>
            <w:proofErr w:type="spellEnd"/>
          </w:p>
        </w:tc>
        <w:tc>
          <w:tcPr>
            <w:tcW w:w="3118" w:type="dxa"/>
          </w:tcPr>
          <w:p w14:paraId="404E3F4D" w14:textId="77777777" w:rsidR="00646FF7" w:rsidRPr="00555986" w:rsidRDefault="00555986" w:rsidP="00555986">
            <w:pPr>
              <w:rPr>
                <w:rFonts w:cs="Times New Roman"/>
                <w:sz w:val="22"/>
                <w:lang w:val="ru-RU"/>
              </w:rPr>
            </w:pPr>
            <w:r w:rsidRPr="00555986">
              <w:rPr>
                <w:rFonts w:cs="Times New Roman"/>
                <w:sz w:val="22"/>
                <w:lang w:val="ru-RU"/>
              </w:rPr>
              <w:t>Хостинг-провайдеры (серверы на территории Российской Федерации)</w:t>
            </w:r>
          </w:p>
        </w:tc>
        <w:tc>
          <w:tcPr>
            <w:tcW w:w="4140" w:type="dxa"/>
          </w:tcPr>
          <w:p w14:paraId="14DF338F" w14:textId="77777777" w:rsidR="00646FF7" w:rsidRPr="00555986" w:rsidRDefault="00555986" w:rsidP="00555986">
            <w:pPr>
              <w:rPr>
                <w:rFonts w:cs="Times New Roman"/>
                <w:sz w:val="22"/>
                <w:lang w:val="ru-RU"/>
              </w:rPr>
            </w:pPr>
            <w:r w:rsidRPr="00555986">
              <w:rPr>
                <w:rFonts w:cs="Times New Roman"/>
                <w:sz w:val="22"/>
                <w:lang w:val="ru-RU"/>
              </w:rPr>
              <w:t>Все данные, хранящиеся на серверах (данные заказов, история обращений)</w:t>
            </w:r>
          </w:p>
        </w:tc>
      </w:tr>
      <w:tr w:rsidR="00646FF7" w:rsidRPr="00CE0EBD" w14:paraId="6AC818C2" w14:textId="77777777" w:rsidTr="00CE0EBD">
        <w:trPr>
          <w:jc w:val="center"/>
        </w:trPr>
        <w:tc>
          <w:tcPr>
            <w:tcW w:w="3194" w:type="dxa"/>
          </w:tcPr>
          <w:p w14:paraId="40EA6849" w14:textId="77777777" w:rsidR="00646FF7" w:rsidRPr="00555986" w:rsidRDefault="00555986" w:rsidP="00555986">
            <w:pPr>
              <w:rPr>
                <w:rFonts w:cs="Times New Roman"/>
                <w:sz w:val="22"/>
                <w:lang w:val="ru-RU"/>
              </w:rPr>
            </w:pPr>
            <w:r w:rsidRPr="00555986">
              <w:rPr>
                <w:rFonts w:cs="Times New Roman"/>
                <w:b/>
                <w:sz w:val="22"/>
                <w:lang w:val="ru-RU"/>
              </w:rPr>
              <w:t>Анализ пользовательской активности на Сайте</w:t>
            </w:r>
          </w:p>
        </w:tc>
        <w:tc>
          <w:tcPr>
            <w:tcW w:w="3118" w:type="dxa"/>
          </w:tcPr>
          <w:p w14:paraId="7BAF998C" w14:textId="77777777" w:rsidR="00646FF7" w:rsidRPr="00555986" w:rsidRDefault="00555986" w:rsidP="00555986">
            <w:pPr>
              <w:rPr>
                <w:rFonts w:cs="Times New Roman"/>
                <w:sz w:val="22"/>
                <w:lang w:val="ru-RU"/>
              </w:rPr>
            </w:pPr>
            <w:r w:rsidRPr="00555986">
              <w:rPr>
                <w:rFonts w:cs="Times New Roman"/>
                <w:b/>
                <w:sz w:val="22"/>
                <w:lang w:val="ru-RU"/>
              </w:rPr>
              <w:t>ООО «ЯНДЕКС»</w:t>
            </w:r>
            <w:r w:rsidRPr="00555986">
              <w:rPr>
                <w:rFonts w:cs="Times New Roman"/>
                <w:sz w:val="22"/>
                <w:lang w:val="ru-RU"/>
              </w:rPr>
              <w:t xml:space="preserve"> (</w:t>
            </w:r>
            <w:proofErr w:type="spellStart"/>
            <w:r w:rsidRPr="00555986">
              <w:rPr>
                <w:rFonts w:cs="Times New Roman"/>
                <w:sz w:val="22"/>
                <w:lang w:val="ru-RU"/>
              </w:rPr>
              <w:t>Яндекс.Метрика</w:t>
            </w:r>
            <w:proofErr w:type="spellEnd"/>
            <w:r w:rsidRPr="00555986">
              <w:rPr>
                <w:rFonts w:cs="Times New Roman"/>
                <w:sz w:val="22"/>
                <w:lang w:val="ru-RU"/>
              </w:rPr>
              <w:t>), ИНН 7736207543</w:t>
            </w:r>
          </w:p>
        </w:tc>
        <w:tc>
          <w:tcPr>
            <w:tcW w:w="4140" w:type="dxa"/>
          </w:tcPr>
          <w:p w14:paraId="1AA298AE" w14:textId="77777777" w:rsidR="00646FF7" w:rsidRPr="00555986" w:rsidRDefault="00555986" w:rsidP="00555986">
            <w:pPr>
              <w:rPr>
                <w:rFonts w:cs="Times New Roman"/>
                <w:sz w:val="22"/>
                <w:lang w:val="ru-RU"/>
              </w:rPr>
            </w:pPr>
            <w:r w:rsidRPr="00555986">
              <w:rPr>
                <w:rFonts w:cs="Times New Roman"/>
                <w:sz w:val="22"/>
              </w:rPr>
              <w:t>IP</w:t>
            </w:r>
            <w:r w:rsidRPr="00555986">
              <w:rPr>
                <w:rFonts w:cs="Times New Roman"/>
                <w:sz w:val="22"/>
                <w:lang w:val="ru-RU"/>
              </w:rPr>
              <w:t xml:space="preserve">-адрес, файлы </w:t>
            </w:r>
            <w:r w:rsidRPr="00555986">
              <w:rPr>
                <w:rFonts w:cs="Times New Roman"/>
                <w:sz w:val="22"/>
              </w:rPr>
              <w:t>cookie</w:t>
            </w:r>
            <w:r w:rsidRPr="00555986">
              <w:rPr>
                <w:rFonts w:cs="Times New Roman"/>
                <w:sz w:val="22"/>
                <w:lang w:val="ru-RU"/>
              </w:rPr>
              <w:t>, данные о браузере и устройстве, действия на Сайте</w:t>
            </w:r>
          </w:p>
        </w:tc>
      </w:tr>
    </w:tbl>
    <w:p w14:paraId="196ACA9B" w14:textId="77777777" w:rsidR="00646FF7" w:rsidRPr="00555986" w:rsidRDefault="00555986" w:rsidP="00555986">
      <w:pPr>
        <w:spacing w:after="0" w:line="240" w:lineRule="auto"/>
        <w:ind w:firstLine="709"/>
        <w:jc w:val="both"/>
        <w:rPr>
          <w:rFonts w:cs="Times New Roman"/>
          <w:sz w:val="22"/>
          <w:lang w:val="ru-RU"/>
        </w:rPr>
      </w:pPr>
      <w:r w:rsidRPr="00555986">
        <w:rPr>
          <w:rFonts w:cs="Times New Roman"/>
          <w:sz w:val="22"/>
          <w:lang w:val="ru-RU"/>
        </w:rPr>
        <w:t>5.2. Передача персональных данных иным третьим лицам осуществляется только на основании отдельного согласия Субъекта персональных данных или в случаях, прямо предусмотренных законодательством Российской Федерации.</w:t>
      </w:r>
    </w:p>
    <w:p w14:paraId="578C64A1" w14:textId="77777777" w:rsidR="00555986" w:rsidRDefault="00555986" w:rsidP="00555986">
      <w:pPr>
        <w:pStyle w:val="21"/>
        <w:spacing w:before="0" w:after="0" w:line="240" w:lineRule="auto"/>
        <w:ind w:firstLine="709"/>
        <w:jc w:val="both"/>
        <w:rPr>
          <w:rFonts w:cs="Times New Roman"/>
          <w:sz w:val="22"/>
          <w:szCs w:val="22"/>
          <w:lang w:val="ru-RU"/>
        </w:rPr>
      </w:pPr>
    </w:p>
    <w:p w14:paraId="51E17B57" w14:textId="4E7AC961" w:rsidR="00646FF7" w:rsidRPr="00555986" w:rsidRDefault="00555986" w:rsidP="00555986">
      <w:pPr>
        <w:pStyle w:val="21"/>
        <w:spacing w:before="0" w:after="0" w:line="240" w:lineRule="auto"/>
        <w:ind w:firstLine="709"/>
        <w:rPr>
          <w:rFonts w:cs="Times New Roman"/>
          <w:sz w:val="22"/>
          <w:szCs w:val="22"/>
          <w:lang w:val="ru-RU"/>
        </w:rPr>
      </w:pPr>
      <w:r w:rsidRPr="00555986">
        <w:rPr>
          <w:rFonts w:cs="Times New Roman"/>
          <w:sz w:val="22"/>
          <w:szCs w:val="22"/>
          <w:lang w:val="ru-RU"/>
        </w:rPr>
        <w:t>6. СРОК ДЕЙСТВИЯ СОГЛАСИЯ И ПОРЯДОК ЕГО ОТЗЫВА</w:t>
      </w:r>
    </w:p>
    <w:p w14:paraId="5245A494" w14:textId="77777777" w:rsidR="00646FF7" w:rsidRPr="00555986" w:rsidRDefault="00555986" w:rsidP="00555986">
      <w:pPr>
        <w:spacing w:after="0" w:line="240" w:lineRule="auto"/>
        <w:ind w:firstLine="709"/>
        <w:jc w:val="both"/>
        <w:rPr>
          <w:rFonts w:cs="Times New Roman"/>
          <w:sz w:val="22"/>
        </w:rPr>
      </w:pPr>
      <w:r w:rsidRPr="00555986">
        <w:rPr>
          <w:rFonts w:cs="Times New Roman"/>
          <w:sz w:val="22"/>
        </w:rPr>
        <w:t xml:space="preserve">6.1. </w:t>
      </w:r>
      <w:proofErr w:type="spellStart"/>
      <w:r w:rsidRPr="00555986">
        <w:rPr>
          <w:rFonts w:cs="Times New Roman"/>
          <w:sz w:val="22"/>
        </w:rPr>
        <w:t>Настоящее</w:t>
      </w:r>
      <w:proofErr w:type="spellEnd"/>
      <w:r w:rsidRPr="00555986">
        <w:rPr>
          <w:rFonts w:cs="Times New Roman"/>
          <w:sz w:val="22"/>
        </w:rPr>
        <w:t xml:space="preserve"> </w:t>
      </w:r>
      <w:proofErr w:type="spellStart"/>
      <w:r w:rsidRPr="00555986">
        <w:rPr>
          <w:rFonts w:cs="Times New Roman"/>
          <w:sz w:val="22"/>
        </w:rPr>
        <w:t>согласие</w:t>
      </w:r>
      <w:proofErr w:type="spellEnd"/>
      <w:r w:rsidRPr="00555986">
        <w:rPr>
          <w:rFonts w:cs="Times New Roman"/>
          <w:sz w:val="22"/>
        </w:rPr>
        <w:t xml:space="preserve"> </w:t>
      </w:r>
      <w:proofErr w:type="spellStart"/>
      <w:r w:rsidRPr="00555986">
        <w:rPr>
          <w:rFonts w:cs="Times New Roman"/>
          <w:sz w:val="22"/>
        </w:rPr>
        <w:t>действует</w:t>
      </w:r>
      <w:proofErr w:type="spellEnd"/>
      <w:r w:rsidRPr="00555986">
        <w:rPr>
          <w:rFonts w:cs="Times New Roman"/>
          <w:sz w:val="22"/>
        </w:rPr>
        <w:t>:</w:t>
      </w:r>
    </w:p>
    <w:p w14:paraId="54C791CA" w14:textId="77777777" w:rsidR="00646FF7" w:rsidRPr="00555986" w:rsidRDefault="00555986" w:rsidP="00555986">
      <w:pPr>
        <w:pStyle w:val="a0"/>
        <w:numPr>
          <w:ilvl w:val="0"/>
          <w:numId w:val="10"/>
        </w:numPr>
        <w:spacing w:after="0" w:line="240" w:lineRule="auto"/>
        <w:ind w:left="0" w:firstLine="709"/>
        <w:jc w:val="both"/>
        <w:rPr>
          <w:rFonts w:cs="Times New Roman"/>
          <w:sz w:val="22"/>
          <w:lang w:val="ru-RU"/>
        </w:rPr>
      </w:pPr>
      <w:r w:rsidRPr="00555986">
        <w:rPr>
          <w:rFonts w:cs="Times New Roman"/>
          <w:sz w:val="22"/>
          <w:lang w:val="ru-RU"/>
        </w:rPr>
        <w:t>в части целей, связанных с исполнением договора (оформление и исполнение заказов, обработка заявок по эскизу) – в течение срока действия договора (публичной оферты) и 5 (Пяти) лет после его окончания для целей бухгалтерского и налогового учета;</w:t>
      </w:r>
    </w:p>
    <w:p w14:paraId="0730CBED" w14:textId="77777777" w:rsidR="00646FF7" w:rsidRPr="00555986" w:rsidRDefault="00555986" w:rsidP="00555986">
      <w:pPr>
        <w:pStyle w:val="a0"/>
        <w:numPr>
          <w:ilvl w:val="0"/>
          <w:numId w:val="10"/>
        </w:numPr>
        <w:spacing w:after="0" w:line="240" w:lineRule="auto"/>
        <w:ind w:left="0" w:firstLine="709"/>
        <w:jc w:val="both"/>
        <w:rPr>
          <w:rFonts w:cs="Times New Roman"/>
          <w:sz w:val="22"/>
          <w:lang w:val="ru-RU"/>
        </w:rPr>
      </w:pPr>
      <w:r w:rsidRPr="00555986">
        <w:rPr>
          <w:rFonts w:cs="Times New Roman"/>
          <w:sz w:val="22"/>
          <w:lang w:val="ru-RU"/>
        </w:rPr>
        <w:lastRenderedPageBreak/>
        <w:t>в части цели информирования о новых товарах, акциях и специальных предложениях (рекламные рассылки) – до момента отзыва настоящего Согласия, но не более 3 (Трех) лет с момента его предоставления, если отзыв не поступил ранее;</w:t>
      </w:r>
    </w:p>
    <w:p w14:paraId="760BF8E5" w14:textId="77777777" w:rsidR="00646FF7" w:rsidRPr="00555986" w:rsidRDefault="00555986" w:rsidP="00555986">
      <w:pPr>
        <w:pStyle w:val="a0"/>
        <w:numPr>
          <w:ilvl w:val="0"/>
          <w:numId w:val="10"/>
        </w:numPr>
        <w:spacing w:after="0" w:line="240" w:lineRule="auto"/>
        <w:ind w:left="0" w:firstLine="709"/>
        <w:jc w:val="both"/>
        <w:rPr>
          <w:rFonts w:cs="Times New Roman"/>
          <w:sz w:val="22"/>
          <w:lang w:val="ru-RU"/>
        </w:rPr>
      </w:pPr>
      <w:r w:rsidRPr="00555986">
        <w:rPr>
          <w:rFonts w:cs="Times New Roman"/>
          <w:sz w:val="22"/>
          <w:lang w:val="ru-RU"/>
        </w:rPr>
        <w:t>в части целей предоставления консультаций и ответов на обращения – до достижения цели обработки (рассмотрения обращения), но не более 1 (Одного) года с момента направления обращения.</w:t>
      </w:r>
    </w:p>
    <w:p w14:paraId="44585311" w14:textId="5E007AA9" w:rsidR="00646FF7" w:rsidRPr="00555986" w:rsidRDefault="00555986" w:rsidP="00555986">
      <w:pPr>
        <w:spacing w:after="0" w:line="240" w:lineRule="auto"/>
        <w:ind w:firstLine="709"/>
        <w:jc w:val="both"/>
        <w:rPr>
          <w:rFonts w:cs="Times New Roman"/>
          <w:sz w:val="22"/>
          <w:lang w:val="ru-RU"/>
        </w:rPr>
      </w:pPr>
      <w:r w:rsidRPr="00555986">
        <w:rPr>
          <w:rFonts w:cs="Times New Roman"/>
          <w:sz w:val="22"/>
          <w:lang w:val="ru-RU"/>
        </w:rPr>
        <w:t xml:space="preserve">6.2. Настоящее согласие может быть отозвано мной в любой момент путем направления письменного уведомления на адрес электронной почты Оператора: </w:t>
      </w:r>
      <w:proofErr w:type="spellStart"/>
      <w:r w:rsidRPr="00B07AF4">
        <w:rPr>
          <w:rFonts w:cs="Times New Roman"/>
          <w:szCs w:val="24"/>
        </w:rPr>
        <w:t>winnipuhtort</w:t>
      </w:r>
      <w:proofErr w:type="spellEnd"/>
      <w:r w:rsidRPr="00BA6E2A">
        <w:rPr>
          <w:rFonts w:cs="Times New Roman"/>
          <w:szCs w:val="24"/>
          <w:lang w:val="ru-RU"/>
        </w:rPr>
        <w:t>@</w:t>
      </w:r>
      <w:proofErr w:type="spellStart"/>
      <w:r w:rsidRPr="00B07AF4">
        <w:rPr>
          <w:rFonts w:cs="Times New Roman"/>
          <w:szCs w:val="24"/>
        </w:rPr>
        <w:t>yandex</w:t>
      </w:r>
      <w:proofErr w:type="spellEnd"/>
      <w:r w:rsidRPr="00BA6E2A">
        <w:rPr>
          <w:rFonts w:cs="Times New Roman"/>
          <w:szCs w:val="24"/>
          <w:lang w:val="ru-RU"/>
        </w:rPr>
        <w:t>.</w:t>
      </w:r>
      <w:proofErr w:type="spellStart"/>
      <w:r w:rsidRPr="00B07AF4">
        <w:rPr>
          <w:rFonts w:cs="Times New Roman"/>
          <w:szCs w:val="24"/>
        </w:rPr>
        <w:t>ru</w:t>
      </w:r>
      <w:proofErr w:type="spellEnd"/>
      <w:r w:rsidRPr="00BA6E2A">
        <w:rPr>
          <w:rFonts w:cs="Times New Roman"/>
          <w:sz w:val="22"/>
          <w:lang w:val="ru-RU"/>
        </w:rPr>
        <w:t xml:space="preserve"> </w:t>
      </w:r>
      <w:r w:rsidRPr="00555986">
        <w:rPr>
          <w:rFonts w:cs="Times New Roman"/>
          <w:sz w:val="22"/>
          <w:lang w:val="ru-RU"/>
        </w:rPr>
        <w:t>с пометкой «Отзыв согласия на обработку персональных данных» либо путем направления почтового отправления по юридическому адресу Оператора.</w:t>
      </w:r>
    </w:p>
    <w:p w14:paraId="0B777FFB" w14:textId="77777777" w:rsidR="00646FF7" w:rsidRPr="00555986" w:rsidRDefault="00555986" w:rsidP="00555986">
      <w:pPr>
        <w:spacing w:after="0" w:line="240" w:lineRule="auto"/>
        <w:ind w:firstLine="709"/>
        <w:jc w:val="both"/>
        <w:rPr>
          <w:rFonts w:cs="Times New Roman"/>
          <w:sz w:val="22"/>
          <w:lang w:val="ru-RU"/>
        </w:rPr>
      </w:pPr>
      <w:r w:rsidRPr="00555986">
        <w:rPr>
          <w:rFonts w:cs="Times New Roman"/>
          <w:sz w:val="22"/>
          <w:lang w:val="ru-RU"/>
        </w:rPr>
        <w:t>Рекомендуемая форма уведомления об отзыве согласия:</w:t>
      </w:r>
    </w:p>
    <w:p w14:paraId="02757AA2" w14:textId="77777777" w:rsidR="00646FF7" w:rsidRPr="00555986" w:rsidRDefault="00555986" w:rsidP="00555986">
      <w:pPr>
        <w:spacing w:after="0" w:line="240" w:lineRule="auto"/>
        <w:ind w:firstLine="709"/>
        <w:jc w:val="both"/>
        <w:rPr>
          <w:rFonts w:cs="Times New Roman"/>
          <w:sz w:val="22"/>
          <w:lang w:val="ru-RU"/>
        </w:rPr>
      </w:pPr>
      <w:r w:rsidRPr="00555986">
        <w:rPr>
          <w:rFonts w:cs="Times New Roman"/>
          <w:sz w:val="22"/>
          <w:lang w:val="ru-RU"/>
        </w:rPr>
        <w:t>«Я, [Фамилия Имя Отчество], отзываю свое согласие на обработку персональных данных, предоставленное Оператору (ИП Шатрова А.А.) [дата предоставления согласия], в части следующих целей: [указать цели либо написать «в полном объеме»]. Прошу прекратить обработку моих персональных данных и уничтожить их в установленном законом порядке.»</w:t>
      </w:r>
    </w:p>
    <w:p w14:paraId="6FEE4009" w14:textId="77777777" w:rsidR="00646FF7" w:rsidRPr="00555986" w:rsidRDefault="00555986" w:rsidP="00555986">
      <w:pPr>
        <w:spacing w:after="0" w:line="240" w:lineRule="auto"/>
        <w:ind w:firstLine="709"/>
        <w:jc w:val="both"/>
        <w:rPr>
          <w:rFonts w:cs="Times New Roman"/>
          <w:sz w:val="22"/>
          <w:lang w:val="ru-RU"/>
        </w:rPr>
      </w:pPr>
      <w:r w:rsidRPr="00555986">
        <w:rPr>
          <w:rFonts w:cs="Times New Roman"/>
          <w:sz w:val="22"/>
          <w:lang w:val="ru-RU"/>
        </w:rPr>
        <w:t>6.3. В случае отзыва настоящего Согласия Оператор прекращает обработку моих персональных данных и обеспечивает их уничтожение в течение 30 (Тридцати) дней с даты получения отзыва, за исключением случаев, когда Оператор вправе продолжить обработку персональных данных без согласия при наличии оснований, предусмотренных п. 2–11 ч. 1 ст. 6, п. 2 ч. 2 ст. 10, п. 2 ч. 2 ст. 11 Закона о персональных данных, в том числе для исполнения договора (публичной оферты), а также для выполнения требований налогового и бухгалтерского законодательства.</w:t>
      </w:r>
    </w:p>
    <w:p w14:paraId="221B9967" w14:textId="77777777" w:rsidR="00646FF7" w:rsidRPr="00555986" w:rsidRDefault="00555986" w:rsidP="00555986">
      <w:pPr>
        <w:spacing w:after="0" w:line="240" w:lineRule="auto"/>
        <w:ind w:firstLine="709"/>
        <w:jc w:val="both"/>
        <w:rPr>
          <w:rFonts w:cs="Times New Roman"/>
          <w:sz w:val="22"/>
          <w:lang w:val="ru-RU"/>
        </w:rPr>
      </w:pPr>
      <w:r w:rsidRPr="00555986">
        <w:rPr>
          <w:rFonts w:cs="Times New Roman"/>
          <w:sz w:val="22"/>
          <w:lang w:val="ru-RU"/>
        </w:rPr>
        <w:t>6.4. Отзыв настоящего Согласия не влечет прекращения обработки персональных данных, осуществлявшейся до момента его отзыва, и не является основанием для расторжения договора (публичной оферты), заключенного с Оператором.</w:t>
      </w:r>
    </w:p>
    <w:p w14:paraId="5604B990" w14:textId="77777777" w:rsidR="00555986" w:rsidRDefault="00555986" w:rsidP="00555986">
      <w:pPr>
        <w:pStyle w:val="21"/>
        <w:spacing w:before="0" w:after="0" w:line="240" w:lineRule="auto"/>
        <w:ind w:firstLine="709"/>
        <w:jc w:val="both"/>
        <w:rPr>
          <w:rFonts w:cs="Times New Roman"/>
          <w:sz w:val="22"/>
          <w:szCs w:val="22"/>
          <w:lang w:val="ru-RU"/>
        </w:rPr>
      </w:pPr>
    </w:p>
    <w:p w14:paraId="71445027" w14:textId="536EA033" w:rsidR="00646FF7" w:rsidRPr="00555986" w:rsidRDefault="00555986" w:rsidP="00555986">
      <w:pPr>
        <w:pStyle w:val="21"/>
        <w:spacing w:before="0" w:after="0" w:line="240" w:lineRule="auto"/>
        <w:ind w:firstLine="709"/>
        <w:rPr>
          <w:rFonts w:cs="Times New Roman"/>
          <w:sz w:val="22"/>
          <w:szCs w:val="22"/>
          <w:lang w:val="ru-RU"/>
        </w:rPr>
      </w:pPr>
      <w:r w:rsidRPr="00555986">
        <w:rPr>
          <w:rFonts w:cs="Times New Roman"/>
          <w:sz w:val="22"/>
          <w:szCs w:val="22"/>
          <w:lang w:val="ru-RU"/>
        </w:rPr>
        <w:t>7. ПОДТВЕРЖДЕНИЕ СОГЛАСИЯ И ОЗНАКОМЛЕНИЯ</w:t>
      </w:r>
    </w:p>
    <w:p w14:paraId="64C3D915" w14:textId="77777777" w:rsidR="00646FF7" w:rsidRPr="00555986" w:rsidRDefault="00555986" w:rsidP="00555986">
      <w:pPr>
        <w:spacing w:after="0" w:line="240" w:lineRule="auto"/>
        <w:ind w:firstLine="709"/>
        <w:jc w:val="both"/>
        <w:rPr>
          <w:rFonts w:cs="Times New Roman"/>
          <w:sz w:val="22"/>
          <w:lang w:val="ru-RU"/>
        </w:rPr>
      </w:pPr>
      <w:r w:rsidRPr="00555986">
        <w:rPr>
          <w:rFonts w:cs="Times New Roman"/>
          <w:sz w:val="22"/>
          <w:lang w:val="ru-RU"/>
        </w:rPr>
        <w:t>7.1. Совершая действия, указанные в преамбуле настоящего Согласия, я подтверждаю, что:</w:t>
      </w:r>
    </w:p>
    <w:p w14:paraId="486BF0A4" w14:textId="77777777" w:rsidR="00646FF7" w:rsidRPr="00555986" w:rsidRDefault="00555986" w:rsidP="00555986">
      <w:pPr>
        <w:pStyle w:val="a0"/>
        <w:numPr>
          <w:ilvl w:val="0"/>
          <w:numId w:val="10"/>
        </w:numPr>
        <w:spacing w:after="0" w:line="240" w:lineRule="auto"/>
        <w:ind w:left="0" w:firstLine="709"/>
        <w:jc w:val="both"/>
        <w:rPr>
          <w:rFonts w:cs="Times New Roman"/>
          <w:sz w:val="22"/>
          <w:lang w:val="ru-RU"/>
        </w:rPr>
      </w:pPr>
      <w:r w:rsidRPr="00555986">
        <w:rPr>
          <w:rFonts w:cs="Times New Roman"/>
          <w:sz w:val="22"/>
          <w:lang w:val="ru-RU"/>
        </w:rPr>
        <w:t>действую по своей воле и в своем интересе;</w:t>
      </w:r>
    </w:p>
    <w:p w14:paraId="6FFBA0A3" w14:textId="77777777" w:rsidR="00646FF7" w:rsidRPr="00555986" w:rsidRDefault="00555986" w:rsidP="00555986">
      <w:pPr>
        <w:pStyle w:val="a0"/>
        <w:numPr>
          <w:ilvl w:val="0"/>
          <w:numId w:val="10"/>
        </w:numPr>
        <w:spacing w:after="0" w:line="240" w:lineRule="auto"/>
        <w:ind w:left="0" w:firstLine="709"/>
        <w:jc w:val="both"/>
        <w:rPr>
          <w:rFonts w:cs="Times New Roman"/>
          <w:sz w:val="22"/>
          <w:lang w:val="ru-RU"/>
        </w:rPr>
      </w:pPr>
      <w:r w:rsidRPr="00555986">
        <w:rPr>
          <w:rFonts w:cs="Times New Roman"/>
          <w:sz w:val="22"/>
          <w:lang w:val="ru-RU"/>
        </w:rPr>
        <w:t xml:space="preserve">даю настоящее Согласие конкретно, предметно, </w:t>
      </w:r>
      <w:proofErr w:type="spellStart"/>
      <w:r w:rsidRPr="00555986">
        <w:rPr>
          <w:rFonts w:cs="Times New Roman"/>
          <w:sz w:val="22"/>
          <w:lang w:val="ru-RU"/>
        </w:rPr>
        <w:t>информированно</w:t>
      </w:r>
      <w:proofErr w:type="spellEnd"/>
      <w:r w:rsidRPr="00555986">
        <w:rPr>
          <w:rFonts w:cs="Times New Roman"/>
          <w:sz w:val="22"/>
          <w:lang w:val="ru-RU"/>
        </w:rPr>
        <w:t>, сознательно и однозначно;</w:t>
      </w:r>
    </w:p>
    <w:p w14:paraId="234E7DFC" w14:textId="66A2CE62" w:rsidR="00646FF7" w:rsidRPr="00555986" w:rsidRDefault="00555986" w:rsidP="00555986">
      <w:pPr>
        <w:pStyle w:val="a0"/>
        <w:numPr>
          <w:ilvl w:val="0"/>
          <w:numId w:val="10"/>
        </w:numPr>
        <w:spacing w:after="0" w:line="240" w:lineRule="auto"/>
        <w:ind w:left="0" w:firstLine="709"/>
        <w:jc w:val="both"/>
        <w:rPr>
          <w:rFonts w:cs="Times New Roman"/>
          <w:sz w:val="22"/>
          <w:lang w:val="ru-RU"/>
        </w:rPr>
      </w:pPr>
      <w:r w:rsidRPr="00555986">
        <w:rPr>
          <w:rFonts w:cs="Times New Roman"/>
          <w:sz w:val="22"/>
          <w:lang w:val="ru-RU"/>
        </w:rPr>
        <w:t xml:space="preserve">ознакомлен(а) с Политикой обработки персональных данных ИП Шатровой А.А., </w:t>
      </w:r>
      <w:bookmarkStart w:id="0" w:name="_Hlk236129319"/>
      <w:r w:rsidRPr="00555986">
        <w:rPr>
          <w:rFonts w:cs="Times New Roman"/>
          <w:sz w:val="22"/>
          <w:lang w:val="ru-RU"/>
        </w:rPr>
        <w:t xml:space="preserve">размещенной </w:t>
      </w:r>
      <w:r w:rsidRPr="00BA6E2A">
        <w:rPr>
          <w:rFonts w:cs="Times New Roman"/>
          <w:color w:val="000000"/>
          <w:sz w:val="22"/>
          <w:shd w:val="clear" w:color="auto" w:fill="FFFFFF"/>
          <w:lang w:val="ru-RU"/>
        </w:rPr>
        <w:t>на Сайте (</w:t>
      </w:r>
      <w:r w:rsidRPr="00BA6E2A">
        <w:rPr>
          <w:rFonts w:cs="Times New Roman"/>
          <w:color w:val="0F1115"/>
          <w:sz w:val="22"/>
          <w:shd w:val="clear" w:color="auto" w:fill="FFFFFF"/>
          <w:lang w:val="ru-RU"/>
        </w:rPr>
        <w:t>https://winnipuhtort.ru/</w:t>
      </w:r>
      <w:hyperlink r:id="rId7" w:tgtFrame="_blank" w:history="1"/>
      <w:r w:rsidRPr="00BA6E2A">
        <w:rPr>
          <w:rFonts w:cs="Times New Roman"/>
          <w:color w:val="0F1115"/>
          <w:sz w:val="22"/>
          <w:shd w:val="clear" w:color="auto" w:fill="FFFFFF"/>
          <w:lang w:val="ru-RU"/>
        </w:rPr>
        <w:t xml:space="preserve">) </w:t>
      </w:r>
      <w:r w:rsidRPr="00BA6E2A">
        <w:rPr>
          <w:rFonts w:cs="Times New Roman"/>
          <w:color w:val="000000"/>
          <w:sz w:val="22"/>
          <w:shd w:val="clear" w:color="auto" w:fill="FFFFFF"/>
          <w:lang w:val="ru-RU"/>
        </w:rPr>
        <w:t>в свободном доступе: в подвале сайта, а также рядом с формой заказа</w:t>
      </w:r>
      <w:bookmarkEnd w:id="0"/>
      <w:r w:rsidRPr="00555986">
        <w:rPr>
          <w:rFonts w:cs="Times New Roman"/>
          <w:sz w:val="22"/>
          <w:lang w:val="ru-RU"/>
        </w:rPr>
        <w:t>, понимаю ее содержание и полностью согласен(на) с ее условиями;</w:t>
      </w:r>
    </w:p>
    <w:p w14:paraId="1543EE43" w14:textId="0835577F" w:rsidR="00646FF7" w:rsidRPr="00555986" w:rsidRDefault="00555986" w:rsidP="00555986">
      <w:pPr>
        <w:pStyle w:val="a0"/>
        <w:numPr>
          <w:ilvl w:val="0"/>
          <w:numId w:val="10"/>
        </w:numPr>
        <w:spacing w:after="0" w:line="240" w:lineRule="auto"/>
        <w:ind w:left="0" w:firstLine="709"/>
        <w:jc w:val="both"/>
        <w:rPr>
          <w:rFonts w:cs="Times New Roman"/>
          <w:sz w:val="22"/>
          <w:lang w:val="ru-RU"/>
        </w:rPr>
      </w:pPr>
      <w:r w:rsidRPr="00555986">
        <w:rPr>
          <w:rFonts w:cs="Times New Roman"/>
          <w:sz w:val="22"/>
          <w:lang w:val="ru-RU"/>
        </w:rPr>
        <w:t>ознакомлен(а) с Публичной офертой на заключение договора розничной купли-продажи кондитерских изделий</w:t>
      </w:r>
      <w:bookmarkStart w:id="1" w:name="_Hlk236129337"/>
      <w:r w:rsidRPr="00555986">
        <w:rPr>
          <w:rFonts w:cs="Times New Roman"/>
          <w:sz w:val="22"/>
          <w:lang w:val="ru-RU"/>
        </w:rPr>
        <w:t xml:space="preserve">, </w:t>
      </w:r>
      <w:r w:rsidRPr="00BA6E2A">
        <w:rPr>
          <w:rFonts w:cs="Times New Roman"/>
          <w:color w:val="000000"/>
          <w:sz w:val="22"/>
          <w:shd w:val="clear" w:color="auto" w:fill="FFFFFF"/>
          <w:lang w:val="ru-RU"/>
        </w:rPr>
        <w:t>на Сайте (</w:t>
      </w:r>
      <w:r w:rsidRPr="00BA6E2A">
        <w:rPr>
          <w:rFonts w:cs="Times New Roman"/>
          <w:color w:val="0F1115"/>
          <w:sz w:val="22"/>
          <w:shd w:val="clear" w:color="auto" w:fill="FFFFFF"/>
          <w:lang w:val="ru-RU"/>
        </w:rPr>
        <w:t>https://winnipuhtort.ru/</w:t>
      </w:r>
      <w:hyperlink r:id="rId8" w:tgtFrame="_blank" w:history="1"/>
      <w:r w:rsidRPr="00BA6E2A">
        <w:rPr>
          <w:rFonts w:cs="Times New Roman"/>
          <w:color w:val="0F1115"/>
          <w:sz w:val="22"/>
          <w:shd w:val="clear" w:color="auto" w:fill="FFFFFF"/>
          <w:lang w:val="ru-RU"/>
        </w:rPr>
        <w:t xml:space="preserve">) </w:t>
      </w:r>
      <w:r w:rsidRPr="00BA6E2A">
        <w:rPr>
          <w:rFonts w:cs="Times New Roman"/>
          <w:color w:val="000000"/>
          <w:sz w:val="22"/>
          <w:shd w:val="clear" w:color="auto" w:fill="FFFFFF"/>
          <w:lang w:val="ru-RU"/>
        </w:rPr>
        <w:t xml:space="preserve">в свободном доступе: в подвале сайта, а также рядом с формой заказа </w:t>
      </w:r>
      <w:r w:rsidRPr="00555986">
        <w:rPr>
          <w:rFonts w:cs="Times New Roman"/>
          <w:sz w:val="22"/>
          <w:lang w:val="ru-RU"/>
        </w:rPr>
        <w:t>(при оформлении заказа);</w:t>
      </w:r>
      <w:bookmarkEnd w:id="1"/>
    </w:p>
    <w:p w14:paraId="6A183F47" w14:textId="77777777" w:rsidR="00646FF7" w:rsidRPr="00555986" w:rsidRDefault="00555986" w:rsidP="00555986">
      <w:pPr>
        <w:pStyle w:val="a0"/>
        <w:numPr>
          <w:ilvl w:val="0"/>
          <w:numId w:val="10"/>
        </w:numPr>
        <w:spacing w:after="0" w:line="240" w:lineRule="auto"/>
        <w:ind w:left="0" w:firstLine="709"/>
        <w:jc w:val="both"/>
        <w:rPr>
          <w:rFonts w:cs="Times New Roman"/>
          <w:sz w:val="22"/>
          <w:lang w:val="ru-RU"/>
        </w:rPr>
      </w:pPr>
      <w:r w:rsidRPr="00555986">
        <w:rPr>
          <w:rFonts w:cs="Times New Roman"/>
          <w:sz w:val="22"/>
          <w:lang w:val="ru-RU"/>
        </w:rPr>
        <w:t>предоставляю Оператору достоверные персональные данные;</w:t>
      </w:r>
    </w:p>
    <w:p w14:paraId="3F4076D0" w14:textId="77777777" w:rsidR="00646FF7" w:rsidRPr="00555986" w:rsidRDefault="00555986" w:rsidP="00555986">
      <w:pPr>
        <w:pStyle w:val="a0"/>
        <w:numPr>
          <w:ilvl w:val="0"/>
          <w:numId w:val="10"/>
        </w:numPr>
        <w:spacing w:after="0" w:line="240" w:lineRule="auto"/>
        <w:ind w:left="0" w:firstLine="709"/>
        <w:jc w:val="both"/>
        <w:rPr>
          <w:rFonts w:cs="Times New Roman"/>
          <w:sz w:val="22"/>
          <w:lang w:val="ru-RU"/>
        </w:rPr>
      </w:pPr>
      <w:r w:rsidRPr="00555986">
        <w:rPr>
          <w:rFonts w:cs="Times New Roman"/>
          <w:sz w:val="22"/>
          <w:lang w:val="ru-RU"/>
        </w:rPr>
        <w:t>осознаю, что предоставление Оператору недостоверных персональных данных может повлечь невозможность исполнения заказа или обработки моего обращения;</w:t>
      </w:r>
    </w:p>
    <w:p w14:paraId="271AD23F" w14:textId="77777777" w:rsidR="00646FF7" w:rsidRPr="00555986" w:rsidRDefault="00555986" w:rsidP="00555986">
      <w:pPr>
        <w:spacing w:after="0" w:line="240" w:lineRule="auto"/>
        <w:ind w:firstLine="709"/>
        <w:jc w:val="both"/>
        <w:rPr>
          <w:rFonts w:cs="Times New Roman"/>
          <w:sz w:val="22"/>
          <w:lang w:val="ru-RU"/>
        </w:rPr>
      </w:pPr>
      <w:r w:rsidRPr="00555986">
        <w:rPr>
          <w:rFonts w:cs="Times New Roman"/>
          <w:sz w:val="22"/>
          <w:lang w:val="ru-RU"/>
        </w:rPr>
        <w:t xml:space="preserve">7.2. Согласие на обработку персональных данных является отдельным волеизъявлением Субъекта персональных данных и не может быть автоматически приравнено к акцепту Публичной оферты. Отметки в </w:t>
      </w:r>
      <w:proofErr w:type="spellStart"/>
      <w:r w:rsidRPr="00555986">
        <w:rPr>
          <w:rFonts w:cs="Times New Roman"/>
          <w:sz w:val="22"/>
          <w:lang w:val="ru-RU"/>
        </w:rPr>
        <w:t>чекбоксах</w:t>
      </w:r>
      <w:proofErr w:type="spellEnd"/>
      <w:r w:rsidRPr="00555986">
        <w:rPr>
          <w:rFonts w:cs="Times New Roman"/>
          <w:sz w:val="22"/>
          <w:lang w:val="ru-RU"/>
        </w:rPr>
        <w:t xml:space="preserve"> «Я даю согласие на обработку персональных данных» и «Я ознакомлен(а) и согласен(на) с условиями Публичной оферты» проставляются Покупателем самостоятельно, каждый </w:t>
      </w:r>
      <w:proofErr w:type="spellStart"/>
      <w:r w:rsidRPr="00555986">
        <w:rPr>
          <w:rFonts w:cs="Times New Roman"/>
          <w:sz w:val="22"/>
          <w:lang w:val="ru-RU"/>
        </w:rPr>
        <w:t>чекбокс</w:t>
      </w:r>
      <w:proofErr w:type="spellEnd"/>
      <w:r w:rsidRPr="00555986">
        <w:rPr>
          <w:rFonts w:cs="Times New Roman"/>
          <w:sz w:val="22"/>
          <w:lang w:val="ru-RU"/>
        </w:rPr>
        <w:t xml:space="preserve"> не </w:t>
      </w:r>
      <w:proofErr w:type="spellStart"/>
      <w:r w:rsidRPr="00555986">
        <w:rPr>
          <w:rFonts w:cs="Times New Roman"/>
          <w:sz w:val="22"/>
          <w:lang w:val="ru-RU"/>
        </w:rPr>
        <w:t>предзаполнен</w:t>
      </w:r>
      <w:proofErr w:type="spellEnd"/>
      <w:r w:rsidRPr="00555986">
        <w:rPr>
          <w:rFonts w:cs="Times New Roman"/>
          <w:sz w:val="22"/>
          <w:lang w:val="ru-RU"/>
        </w:rPr>
        <w:t>.</w:t>
      </w:r>
    </w:p>
    <w:p w14:paraId="68F98627" w14:textId="77777777" w:rsidR="00555986" w:rsidRDefault="00555986" w:rsidP="00555986">
      <w:pPr>
        <w:pStyle w:val="21"/>
        <w:spacing w:before="0" w:after="0" w:line="240" w:lineRule="auto"/>
        <w:ind w:firstLine="709"/>
        <w:jc w:val="both"/>
        <w:rPr>
          <w:rFonts w:cs="Times New Roman"/>
          <w:sz w:val="22"/>
          <w:szCs w:val="22"/>
          <w:lang w:val="ru-RU"/>
        </w:rPr>
      </w:pPr>
    </w:p>
    <w:p w14:paraId="6BB06AC8" w14:textId="016A6035" w:rsidR="00646FF7" w:rsidRPr="00555986" w:rsidRDefault="00555986" w:rsidP="00555986">
      <w:pPr>
        <w:pStyle w:val="21"/>
        <w:spacing w:before="0" w:after="0" w:line="240" w:lineRule="auto"/>
        <w:ind w:firstLine="709"/>
        <w:rPr>
          <w:rFonts w:cs="Times New Roman"/>
          <w:sz w:val="22"/>
          <w:szCs w:val="22"/>
          <w:lang w:val="ru-RU"/>
        </w:rPr>
      </w:pPr>
      <w:r w:rsidRPr="00555986">
        <w:rPr>
          <w:rFonts w:cs="Times New Roman"/>
          <w:sz w:val="22"/>
          <w:szCs w:val="22"/>
          <w:lang w:val="ru-RU"/>
        </w:rPr>
        <w:t>8. ДОПОЛНИТЕЛЬНЫЕ УСЛОВИЯ</w:t>
      </w:r>
    </w:p>
    <w:p w14:paraId="69FD662D" w14:textId="1B562DA7" w:rsidR="00646FF7" w:rsidRPr="00555986" w:rsidRDefault="00555986" w:rsidP="00555986">
      <w:pPr>
        <w:spacing w:after="0" w:line="240" w:lineRule="auto"/>
        <w:ind w:firstLine="709"/>
        <w:jc w:val="both"/>
        <w:rPr>
          <w:rFonts w:cs="Times New Roman"/>
          <w:sz w:val="22"/>
          <w:lang w:val="ru-RU"/>
        </w:rPr>
      </w:pPr>
      <w:r w:rsidRPr="00555986">
        <w:rPr>
          <w:rFonts w:cs="Times New Roman"/>
          <w:sz w:val="22"/>
          <w:lang w:val="ru-RU"/>
        </w:rPr>
        <w:t xml:space="preserve">8.1. В случае изменения моих персональных данных я обязуюсь своевременно информировать Оператора об их изменении путем направления уведомления на адрес электронной почты: </w:t>
      </w:r>
      <w:proofErr w:type="spellStart"/>
      <w:r w:rsidRPr="00B07AF4">
        <w:rPr>
          <w:rFonts w:cs="Times New Roman"/>
          <w:szCs w:val="24"/>
        </w:rPr>
        <w:t>winnipuhtort</w:t>
      </w:r>
      <w:proofErr w:type="spellEnd"/>
      <w:r w:rsidRPr="00BA6E2A">
        <w:rPr>
          <w:rFonts w:cs="Times New Roman"/>
          <w:szCs w:val="24"/>
          <w:lang w:val="ru-RU"/>
        </w:rPr>
        <w:t>@</w:t>
      </w:r>
      <w:proofErr w:type="spellStart"/>
      <w:r w:rsidRPr="00B07AF4">
        <w:rPr>
          <w:rFonts w:cs="Times New Roman"/>
          <w:szCs w:val="24"/>
        </w:rPr>
        <w:t>yandex</w:t>
      </w:r>
      <w:proofErr w:type="spellEnd"/>
      <w:r w:rsidRPr="00BA6E2A">
        <w:rPr>
          <w:rFonts w:cs="Times New Roman"/>
          <w:szCs w:val="24"/>
          <w:lang w:val="ru-RU"/>
        </w:rPr>
        <w:t>.</w:t>
      </w:r>
      <w:proofErr w:type="spellStart"/>
      <w:r w:rsidRPr="00B07AF4">
        <w:rPr>
          <w:rFonts w:cs="Times New Roman"/>
          <w:szCs w:val="24"/>
        </w:rPr>
        <w:t>ru</w:t>
      </w:r>
      <w:proofErr w:type="spellEnd"/>
      <w:r w:rsidRPr="00555986">
        <w:rPr>
          <w:rFonts w:cs="Times New Roman"/>
          <w:sz w:val="22"/>
          <w:lang w:val="ru-RU"/>
        </w:rPr>
        <w:t>.</w:t>
      </w:r>
    </w:p>
    <w:p w14:paraId="3945BF5D" w14:textId="77777777" w:rsidR="00646FF7" w:rsidRPr="00555986" w:rsidRDefault="00555986" w:rsidP="00555986">
      <w:pPr>
        <w:spacing w:after="0" w:line="240" w:lineRule="auto"/>
        <w:ind w:firstLine="709"/>
        <w:jc w:val="both"/>
        <w:rPr>
          <w:rFonts w:cs="Times New Roman"/>
          <w:sz w:val="22"/>
          <w:lang w:val="ru-RU"/>
        </w:rPr>
      </w:pPr>
      <w:r w:rsidRPr="00555986">
        <w:rPr>
          <w:rFonts w:cs="Times New Roman"/>
          <w:sz w:val="22"/>
          <w:lang w:val="ru-RU"/>
        </w:rPr>
        <w:t>8.2. Я подтверждаю, что мне известно о праве на получение информации, касающейся обработки моих персональных данных, и порядке реализации этого права, установленном разделом 10 Политики обработки персональных данных.</w:t>
      </w:r>
    </w:p>
    <w:p w14:paraId="43CB25A8" w14:textId="77777777" w:rsidR="00646FF7" w:rsidRPr="00555986" w:rsidRDefault="00555986" w:rsidP="00555986">
      <w:pPr>
        <w:spacing w:after="0" w:line="240" w:lineRule="auto"/>
        <w:ind w:firstLine="709"/>
        <w:jc w:val="both"/>
        <w:rPr>
          <w:rFonts w:cs="Times New Roman"/>
          <w:sz w:val="22"/>
          <w:lang w:val="ru-RU"/>
        </w:rPr>
      </w:pPr>
      <w:r w:rsidRPr="00555986">
        <w:rPr>
          <w:rFonts w:cs="Times New Roman"/>
          <w:sz w:val="22"/>
          <w:lang w:val="ru-RU"/>
        </w:rPr>
        <w:t>8.3. Настоящее Согласие составлено на русском языке. В случае его перевода на иные языки преимущественную силу имеет русскоязычный текст.</w:t>
      </w:r>
    </w:p>
    <w:sectPr w:rsidR="00646FF7" w:rsidRPr="00555986" w:rsidSect="00555986">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3C0007DC"/>
    <w:multiLevelType w:val="hybridMultilevel"/>
    <w:tmpl w:val="65A60D9A"/>
    <w:lvl w:ilvl="0" w:tplc="36805044">
      <w:start w:val="1"/>
      <w:numFmt w:val="bullet"/>
      <w:lvlText w:val="-"/>
      <w:lvlJc w:val="left"/>
      <w:pPr>
        <w:ind w:left="720" w:hanging="360"/>
      </w:pPr>
      <w:rPr>
        <w:rFonts w:ascii="Times New Roman" w:hAnsi="Times New Roman" w:hint="default"/>
      </w:rPr>
    </w:lvl>
    <w:lvl w:ilvl="1" w:tplc="D3AADF5C">
      <w:start w:val="1"/>
      <w:numFmt w:val="bullet"/>
      <w:lvlText w:val="-"/>
      <w:lvlJc w:val="left"/>
      <w:pPr>
        <w:ind w:left="1440" w:hanging="360"/>
      </w:pPr>
      <w:rPr>
        <w:rFonts w:ascii="Times New Roman" w:hAnsi="Times New Roman" w:hint="default"/>
      </w:rPr>
    </w:lvl>
    <w:lvl w:ilvl="2" w:tplc="915AA77E">
      <w:start w:val="1"/>
      <w:numFmt w:val="bullet"/>
      <w:lvlText w:val="-"/>
      <w:lvlJc w:val="left"/>
      <w:pPr>
        <w:ind w:left="2160" w:hanging="360"/>
      </w:pPr>
      <w:rPr>
        <w:rFonts w:ascii="Times New Roman" w:hAnsi="Times New Roman" w:hint="default"/>
      </w:rPr>
    </w:lvl>
    <w:lvl w:ilvl="3" w:tplc="3DEAC740">
      <w:start w:val="1"/>
      <w:numFmt w:val="bullet"/>
      <w:lvlText w:val="-"/>
      <w:lvlJc w:val="left"/>
      <w:pPr>
        <w:ind w:left="2880" w:hanging="360"/>
      </w:pPr>
      <w:rPr>
        <w:rFonts w:ascii="Times New Roman" w:hAnsi="Times New Roman" w:hint="default"/>
      </w:rPr>
    </w:lvl>
    <w:lvl w:ilvl="4" w:tplc="7E2CE636">
      <w:start w:val="1"/>
      <w:numFmt w:val="bullet"/>
      <w:lvlText w:val="-"/>
      <w:lvlJc w:val="left"/>
      <w:pPr>
        <w:ind w:left="3600" w:hanging="360"/>
      </w:pPr>
      <w:rPr>
        <w:rFonts w:ascii="Times New Roman" w:hAnsi="Times New Roman" w:hint="default"/>
      </w:rPr>
    </w:lvl>
    <w:lvl w:ilvl="5" w:tplc="27EE30D2">
      <w:start w:val="1"/>
      <w:numFmt w:val="bullet"/>
      <w:lvlText w:val="-"/>
      <w:lvlJc w:val="left"/>
      <w:pPr>
        <w:ind w:left="4320" w:hanging="360"/>
      </w:pPr>
      <w:rPr>
        <w:rFonts w:ascii="Times New Roman" w:hAnsi="Times New Roman" w:hint="default"/>
      </w:rPr>
    </w:lvl>
    <w:lvl w:ilvl="6" w:tplc="49C43656">
      <w:start w:val="1"/>
      <w:numFmt w:val="bullet"/>
      <w:lvlText w:val="-"/>
      <w:lvlJc w:val="left"/>
      <w:pPr>
        <w:ind w:left="5040" w:hanging="360"/>
      </w:pPr>
      <w:rPr>
        <w:rFonts w:ascii="Times New Roman" w:hAnsi="Times New Roman" w:hint="default"/>
      </w:rPr>
    </w:lvl>
    <w:lvl w:ilvl="7" w:tplc="FAF0967E">
      <w:start w:val="1"/>
      <w:numFmt w:val="bullet"/>
      <w:lvlText w:val="-"/>
      <w:lvlJc w:val="left"/>
      <w:pPr>
        <w:ind w:left="5760" w:hanging="360"/>
      </w:pPr>
      <w:rPr>
        <w:rFonts w:ascii="Times New Roman" w:hAnsi="Times New Roman" w:hint="default"/>
      </w:rPr>
    </w:lvl>
    <w:lvl w:ilvl="8" w:tplc="F7AE50FE">
      <w:start w:val="1"/>
      <w:numFmt w:val="bullet"/>
      <w:lvlText w:val="-"/>
      <w:lvlJc w:val="left"/>
      <w:pPr>
        <w:ind w:left="6480" w:hanging="360"/>
      </w:pPr>
      <w:rPr>
        <w:rFonts w:ascii="Times New Roman" w:hAnsi="Times New Roman"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24F01"/>
    <w:rsid w:val="0029639D"/>
    <w:rsid w:val="00326F90"/>
    <w:rsid w:val="00555986"/>
    <w:rsid w:val="00646FF7"/>
    <w:rsid w:val="00AA1D8D"/>
    <w:rsid w:val="00B47730"/>
    <w:rsid w:val="00CB0664"/>
    <w:rsid w:val="00CE0EB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183EAA"/>
  <w14:defaultImageDpi w14:val="300"/>
  <w15:docId w15:val="{CAEFDDF1-44D8-4AD9-99C1-D018ECE14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hAnsi="Times New Roman"/>
      <w:sz w:val="24"/>
    </w:rPr>
  </w:style>
  <w:style w:type="paragraph" w:styleId="1">
    <w:name w:val="heading 1"/>
    <w:basedOn w:val="a1"/>
    <w:next w:val="a1"/>
    <w:link w:val="10"/>
    <w:uiPriority w:val="9"/>
    <w:qFormat/>
    <w:rsid w:val="00FC693F"/>
    <w:pPr>
      <w:keepNext/>
      <w:keepLines/>
      <w:spacing w:before="240" w:after="120" w:line="360" w:lineRule="auto"/>
      <w:jc w:val="center"/>
      <w:outlineLvl w:val="0"/>
    </w:pPr>
    <w:rPr>
      <w:b/>
      <w:bCs/>
      <w:color w:val="000000"/>
      <w:sz w:val="28"/>
      <w:szCs w:val="28"/>
    </w:rPr>
  </w:style>
  <w:style w:type="paragraph" w:styleId="21">
    <w:name w:val="heading 2"/>
    <w:basedOn w:val="a1"/>
    <w:next w:val="a1"/>
    <w:link w:val="22"/>
    <w:uiPriority w:val="9"/>
    <w:unhideWhenUsed/>
    <w:qFormat/>
    <w:rsid w:val="00FC693F"/>
    <w:pPr>
      <w:keepNext/>
      <w:keepLines/>
      <w:spacing w:before="120" w:after="60" w:line="360" w:lineRule="auto"/>
      <w:jc w:val="center"/>
      <w:outlineLvl w:val="1"/>
    </w:pPr>
    <w:rPr>
      <w:b/>
      <w:bCs/>
      <w:color w:val="000000"/>
      <w:szCs w:val="26"/>
    </w:rPr>
  </w:style>
  <w:style w:type="paragraph" w:styleId="31">
    <w:name w:val="heading 3"/>
    <w:basedOn w:val="a1"/>
    <w:next w:val="a1"/>
    <w:link w:val="32"/>
    <w:uiPriority w:val="9"/>
    <w:unhideWhenUsed/>
    <w:qFormat/>
    <w:rsid w:val="00FC693F"/>
    <w:pPr>
      <w:keepNext/>
      <w:keepLines/>
      <w:spacing w:after="0" w:line="360" w:lineRule="auto"/>
      <w:outlineLvl w:val="2"/>
    </w:pPr>
    <w:rPr>
      <w:b/>
      <w:bCs/>
      <w:color w:val="000000"/>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nnipuhtort.ru/" TargetMode="External"/><Relationship Id="rId3" Type="http://schemas.openxmlformats.org/officeDocument/2006/relationships/styles" Target="styles.xml"/><Relationship Id="rId7" Type="http://schemas.openxmlformats.org/officeDocument/2006/relationships/hyperlink" Target="https://winnipuhtor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innipuhtort.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1533</Words>
  <Characters>8739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Анастасия Толина</cp:lastModifiedBy>
  <cp:revision>4</cp:revision>
  <dcterms:created xsi:type="dcterms:W3CDTF">2013-12-23T23:15:00Z</dcterms:created>
  <dcterms:modified xsi:type="dcterms:W3CDTF">2026-07-28T06:09:00Z</dcterms:modified>
  <cp:category/>
</cp:coreProperties>
</file>